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DE237EA" w:rsidR="00F90A75" w:rsidRPr="00C45790" w:rsidRDefault="2F3ED2A0" w:rsidP="4687FBED">
      <w:pPr>
        <w:pStyle w:val="Heading1"/>
        <w:spacing w:before="0"/>
        <w:jc w:val="center"/>
        <w:rPr>
          <w:color w:val="000000" w:themeColor="text1"/>
          <w:sz w:val="52"/>
          <w:szCs w:val="52"/>
        </w:rPr>
      </w:pPr>
      <w:r w:rsidRPr="4687FBED">
        <w:rPr>
          <w:color w:val="000000" w:themeColor="text1"/>
          <w:sz w:val="52"/>
          <w:szCs w:val="52"/>
        </w:rPr>
        <w:t>Applic</w:t>
      </w:r>
      <w:r w:rsidR="77664A50" w:rsidRPr="4687FBED">
        <w:rPr>
          <w:color w:val="000000" w:themeColor="text1"/>
          <w:sz w:val="52"/>
          <w:szCs w:val="52"/>
        </w:rPr>
        <w:t>ation Form</w:t>
      </w:r>
      <w:r w:rsidR="12ABE41E" w:rsidRPr="4687FBED">
        <w:rPr>
          <w:color w:val="000000" w:themeColor="text1"/>
          <w:sz w:val="52"/>
          <w:szCs w:val="52"/>
        </w:rPr>
        <w:t xml:space="preserve"> </w:t>
      </w:r>
    </w:p>
    <w:p w14:paraId="2B14A6A4" w14:textId="77777777" w:rsidR="008F14A7" w:rsidRDefault="008F14A7" w:rsidP="00F90A75">
      <w:pPr>
        <w:pStyle w:val="Heading1"/>
        <w:spacing w:before="0"/>
        <w:jc w:val="center"/>
        <w:rPr>
          <w:rFonts w:cstheme="majorHAnsi"/>
        </w:rPr>
      </w:pPr>
    </w:p>
    <w:tbl>
      <w:tblPr>
        <w:tblStyle w:val="TableGrid"/>
        <w:tblW w:w="0" w:type="auto"/>
        <w:tblBorders>
          <w:top w:val="single" w:sz="4" w:space="0" w:color="E0B95A"/>
          <w:left w:val="single" w:sz="4" w:space="0" w:color="E0B95A"/>
          <w:bottom w:val="single" w:sz="4" w:space="0" w:color="E0B95A"/>
          <w:right w:val="single" w:sz="4" w:space="0" w:color="E0B95A"/>
          <w:insideH w:val="none" w:sz="0" w:space="0" w:color="auto"/>
          <w:insideV w:val="none" w:sz="0" w:space="0" w:color="auto"/>
        </w:tblBorders>
        <w:tblLook w:val="04A0" w:firstRow="1" w:lastRow="0" w:firstColumn="1" w:lastColumn="0" w:noHBand="0" w:noVBand="1"/>
      </w:tblPr>
      <w:tblGrid>
        <w:gridCol w:w="5669"/>
      </w:tblGrid>
      <w:tr w:rsidR="001707A8" w14:paraId="0AD3FEE4" w14:textId="77777777" w:rsidTr="4687FBED">
        <w:trPr>
          <w:trHeight w:val="567"/>
        </w:trPr>
        <w:tc>
          <w:tcPr>
            <w:tcW w:w="5669" w:type="dxa"/>
            <w:shd w:val="clear" w:color="auto" w:fill="000000" w:themeFill="text1"/>
            <w:vAlign w:val="center"/>
          </w:tcPr>
          <w:p w14:paraId="4B18A08C" w14:textId="16159A82" w:rsidR="001707A8" w:rsidRPr="001707A8" w:rsidRDefault="6B8D8AB6" w:rsidP="4687FBED">
            <w:pPr>
              <w:pStyle w:val="Heading1"/>
              <w:spacing w:before="0"/>
              <w:rPr>
                <w:color w:val="E0B95A"/>
              </w:rPr>
            </w:pPr>
            <w:r w:rsidRPr="4687FBED">
              <w:rPr>
                <w:color w:val="E0B95A"/>
              </w:rPr>
              <w:t>Applic</w:t>
            </w:r>
            <w:r w:rsidR="603FD377" w:rsidRPr="4687FBED">
              <w:rPr>
                <w:color w:val="E0B95A"/>
              </w:rPr>
              <w:t>ation Category (Please select one only)</w:t>
            </w:r>
          </w:p>
        </w:tc>
      </w:tr>
    </w:tbl>
    <w:p w14:paraId="0BC75BC7" w14:textId="3833CCC0" w:rsidR="00825B0B" w:rsidRPr="001707A8" w:rsidRDefault="001707A8" w:rsidP="001707A8">
      <w:pPr>
        <w:pStyle w:val="Heading1"/>
        <w:spacing w:before="0"/>
        <w:rPr>
          <w:rFonts w:cstheme="majorHAnsi"/>
          <w:color w:val="D5AC00"/>
          <w:sz w:val="10"/>
          <w:szCs w:val="10"/>
        </w:rPr>
      </w:pPr>
      <w:r w:rsidRPr="001707A8">
        <w:rPr>
          <w:rFonts w:cstheme="majorHAnsi"/>
          <w:color w:val="D5AC00"/>
          <w:sz w:val="10"/>
          <w:szCs w:val="10"/>
        </w:rPr>
        <w:t xml:space="preserve">  </w:t>
      </w:r>
    </w:p>
    <w:tbl>
      <w:tblPr>
        <w:tblStyle w:val="TableGrid"/>
        <w:tblW w:w="0" w:type="auto"/>
        <w:tblLook w:val="04A0" w:firstRow="1" w:lastRow="0" w:firstColumn="1" w:lastColumn="0" w:noHBand="0" w:noVBand="1"/>
      </w:tblPr>
      <w:tblGrid>
        <w:gridCol w:w="5238"/>
        <w:gridCol w:w="5239"/>
      </w:tblGrid>
      <w:tr w:rsidR="007C5A34" w:rsidRPr="00117369" w14:paraId="4006EAF1" w14:textId="77777777" w:rsidTr="3F477309">
        <w:trPr>
          <w:trHeight w:val="509"/>
        </w:trPr>
        <w:tc>
          <w:tcPr>
            <w:tcW w:w="5238" w:type="dxa"/>
            <w:tcBorders>
              <w:right w:val="single" w:sz="4" w:space="0" w:color="FFFFFF" w:themeColor="background1"/>
            </w:tcBorders>
            <w:shd w:val="clear" w:color="auto" w:fill="000000" w:themeFill="text1"/>
            <w:vAlign w:val="center"/>
          </w:tcPr>
          <w:p w14:paraId="05DBC747" w14:textId="33033096" w:rsidR="007C5A34" w:rsidRPr="008F14A7" w:rsidRDefault="007C5A34" w:rsidP="007C5A34">
            <w:pPr>
              <w:rPr>
                <w:rFonts w:asciiTheme="majorHAnsi" w:hAnsiTheme="majorHAnsi" w:cstheme="majorHAnsi"/>
                <w:b/>
                <w:bCs/>
                <w:color w:val="E0B95A"/>
                <w:sz w:val="28"/>
                <w:szCs w:val="28"/>
              </w:rPr>
            </w:pPr>
            <w:r w:rsidRPr="008F14A7">
              <w:rPr>
                <w:rFonts w:asciiTheme="majorHAnsi" w:hAnsiTheme="majorHAnsi" w:cstheme="majorHAnsi"/>
                <w:b/>
                <w:bCs/>
                <w:color w:val="E0B95A"/>
                <w:sz w:val="28"/>
                <w:szCs w:val="28"/>
              </w:rPr>
              <w:t>Business Awards (Company)</w:t>
            </w:r>
          </w:p>
        </w:tc>
        <w:tc>
          <w:tcPr>
            <w:tcW w:w="5239" w:type="dxa"/>
            <w:tcBorders>
              <w:left w:val="single" w:sz="4" w:space="0" w:color="FFFFFF" w:themeColor="background1"/>
            </w:tcBorders>
            <w:shd w:val="clear" w:color="auto" w:fill="000000" w:themeFill="text1"/>
            <w:vAlign w:val="center"/>
          </w:tcPr>
          <w:p w14:paraId="5B78B00E" w14:textId="471FD680" w:rsidR="007C5A34" w:rsidRPr="008F14A7" w:rsidRDefault="007C5A34" w:rsidP="007C5A34">
            <w:pPr>
              <w:rPr>
                <w:rFonts w:asciiTheme="majorHAnsi" w:hAnsiTheme="majorHAnsi" w:cstheme="majorHAnsi"/>
                <w:b/>
                <w:bCs/>
                <w:color w:val="E0B95A"/>
                <w:sz w:val="28"/>
                <w:szCs w:val="28"/>
              </w:rPr>
            </w:pPr>
            <w:r w:rsidRPr="008F14A7">
              <w:rPr>
                <w:rFonts w:asciiTheme="majorHAnsi" w:hAnsiTheme="majorHAnsi" w:cstheme="majorHAnsi"/>
                <w:b/>
                <w:bCs/>
                <w:color w:val="E0B95A"/>
                <w:sz w:val="28"/>
                <w:szCs w:val="28"/>
              </w:rPr>
              <w:t>Individual Awards</w:t>
            </w:r>
          </w:p>
        </w:tc>
      </w:tr>
      <w:tr w:rsidR="007C5A34" w:rsidRPr="00117369" w14:paraId="3353F884" w14:textId="77777777" w:rsidTr="3F477309">
        <w:trPr>
          <w:trHeight w:val="1835"/>
        </w:trPr>
        <w:tc>
          <w:tcPr>
            <w:tcW w:w="5238" w:type="dxa"/>
          </w:tcPr>
          <w:p w14:paraId="1D3E81B3" w14:textId="262DA72E" w:rsidR="009360A1" w:rsidRPr="00B608C6" w:rsidRDefault="00000000" w:rsidP="3F477309">
            <w:pPr>
              <w:pBdr>
                <w:top w:val="nil"/>
                <w:left w:val="nil"/>
                <w:bottom w:val="nil"/>
                <w:right w:val="nil"/>
                <w:between w:val="nil"/>
              </w:pBdr>
              <w:rPr>
                <w:rFonts w:asciiTheme="majorHAnsi" w:hAnsiTheme="majorHAnsi" w:cstheme="majorBidi"/>
                <w:color w:val="000000"/>
                <w:sz w:val="24"/>
                <w:szCs w:val="24"/>
              </w:rPr>
            </w:pPr>
            <w:sdt>
              <w:sdtPr>
                <w:rPr>
                  <w:rFonts w:asciiTheme="majorHAnsi" w:hAnsiTheme="majorHAnsi" w:cstheme="majorHAnsi"/>
                  <w:color w:val="000000"/>
                  <w:sz w:val="24"/>
                  <w:szCs w:val="24"/>
                </w:rPr>
                <w:id w:val="-1303226665"/>
                <w14:checkbox>
                  <w14:checked w14:val="0"/>
                  <w14:checkedState w14:val="0052" w14:font="Wingdings 2"/>
                  <w14:uncheckedState w14:val="2610" w14:font="MS Gothic"/>
                </w14:checkbox>
              </w:sdtPr>
              <w:sdtContent>
                <w:r w:rsidR="00A435E7">
                  <w:rPr>
                    <w:rFonts w:ascii="MS Gothic" w:eastAsia="MS Gothic" w:hAnsi="MS Gothic" w:cstheme="majorHAnsi" w:hint="eastAsia"/>
                    <w:color w:val="000000"/>
                    <w:sz w:val="24"/>
                    <w:szCs w:val="24"/>
                  </w:rPr>
                  <w:t>☐</w:t>
                </w:r>
              </w:sdtContent>
            </w:sdt>
            <w:r w:rsidR="00A435E7" w:rsidRPr="3F477309">
              <w:rPr>
                <w:rFonts w:asciiTheme="majorHAnsi" w:hAnsiTheme="majorHAnsi" w:cstheme="majorBidi"/>
                <w:color w:val="000000" w:themeColor="text1"/>
                <w:sz w:val="24"/>
                <w:szCs w:val="24"/>
              </w:rPr>
              <w:t xml:space="preserve"> </w:t>
            </w:r>
            <w:r w:rsidR="105997C1" w:rsidRPr="3F477309">
              <w:rPr>
                <w:rFonts w:asciiTheme="majorHAnsi" w:hAnsiTheme="majorHAnsi" w:cstheme="majorBidi"/>
                <w:color w:val="000000" w:themeColor="text1"/>
                <w:sz w:val="24"/>
                <w:szCs w:val="24"/>
              </w:rPr>
              <w:t>Tourism</w:t>
            </w:r>
          </w:p>
          <w:p w14:paraId="020260BC" w14:textId="197E6B2C" w:rsidR="009360A1" w:rsidRDefault="00000000" w:rsidP="009360A1">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1839917354"/>
                <w14:checkbox>
                  <w14:checked w14:val="0"/>
                  <w14:checkedState w14:val="0052" w14:font="Wingdings 2"/>
                  <w14:uncheckedState w14:val="2610" w14:font="MS Gothic"/>
                </w14:checkbox>
              </w:sdtPr>
              <w:sdtContent>
                <w:r w:rsidR="004B0745">
                  <w:rPr>
                    <w:rFonts w:ascii="MS Gothic" w:eastAsia="MS Gothic" w:hAnsi="MS Gothic" w:cstheme="majorHAnsi" w:hint="eastAsia"/>
                    <w:color w:val="000000"/>
                    <w:sz w:val="24"/>
                    <w:szCs w:val="24"/>
                  </w:rPr>
                  <w:t>☐</w:t>
                </w:r>
              </w:sdtContent>
            </w:sdt>
            <w:r w:rsidR="00A435E7" w:rsidRPr="00B608C6">
              <w:rPr>
                <w:rFonts w:asciiTheme="majorHAnsi" w:hAnsiTheme="majorHAnsi" w:cstheme="majorHAnsi"/>
                <w:color w:val="000000"/>
                <w:sz w:val="24"/>
                <w:szCs w:val="24"/>
              </w:rPr>
              <w:t xml:space="preserve"> </w:t>
            </w:r>
            <w:r w:rsidR="009360A1" w:rsidRPr="00B608C6">
              <w:rPr>
                <w:rFonts w:asciiTheme="majorHAnsi" w:hAnsiTheme="majorHAnsi" w:cstheme="majorHAnsi"/>
                <w:color w:val="000000"/>
                <w:sz w:val="24"/>
                <w:szCs w:val="24"/>
              </w:rPr>
              <w:t>Logistics</w:t>
            </w:r>
          </w:p>
          <w:p w14:paraId="13635DD8" w14:textId="4227F883" w:rsidR="004B0745" w:rsidRPr="00B608C6" w:rsidRDefault="00000000" w:rsidP="009360A1">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573252682"/>
                <w14:checkbox>
                  <w14:checked w14:val="0"/>
                  <w14:checkedState w14:val="0052" w14:font="Wingdings 2"/>
                  <w14:uncheckedState w14:val="2610" w14:font="MS Gothic"/>
                </w14:checkbox>
              </w:sdtPr>
              <w:sdtContent>
                <w:r w:rsidR="004B0745">
                  <w:rPr>
                    <w:rFonts w:ascii="MS Gothic" w:eastAsia="MS Gothic" w:hAnsi="MS Gothic" w:cstheme="majorHAnsi" w:hint="eastAsia"/>
                    <w:color w:val="000000"/>
                    <w:sz w:val="24"/>
                    <w:szCs w:val="24"/>
                  </w:rPr>
                  <w:t>☐</w:t>
                </w:r>
              </w:sdtContent>
            </w:sdt>
            <w:r w:rsidR="004B0745" w:rsidRPr="00B608C6">
              <w:rPr>
                <w:rFonts w:asciiTheme="majorHAnsi" w:hAnsiTheme="majorHAnsi" w:cstheme="majorHAnsi"/>
                <w:color w:val="000000"/>
                <w:sz w:val="24"/>
                <w:szCs w:val="24"/>
              </w:rPr>
              <w:t xml:space="preserve"> </w:t>
            </w:r>
            <w:r w:rsidR="004B0745">
              <w:rPr>
                <w:rFonts w:asciiTheme="majorHAnsi" w:hAnsiTheme="majorHAnsi" w:cstheme="majorHAnsi"/>
                <w:color w:val="000000"/>
                <w:sz w:val="24"/>
                <w:szCs w:val="24"/>
              </w:rPr>
              <w:t>Digital</w:t>
            </w:r>
            <w:r w:rsidR="0076374E">
              <w:rPr>
                <w:rFonts w:asciiTheme="majorHAnsi" w:hAnsiTheme="majorHAnsi" w:cstheme="majorHAnsi"/>
                <w:color w:val="000000"/>
                <w:sz w:val="24"/>
                <w:szCs w:val="24"/>
              </w:rPr>
              <w:t xml:space="preserve"> Advancement</w:t>
            </w:r>
          </w:p>
          <w:p w14:paraId="7F3C9C34" w14:textId="76284E01" w:rsidR="009360A1" w:rsidRDefault="00000000" w:rsidP="009360A1">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360595193"/>
                <w14:checkbox>
                  <w14:checked w14:val="0"/>
                  <w14:checkedState w14:val="0052" w14:font="Wingdings 2"/>
                  <w14:uncheckedState w14:val="2610" w14:font="MS Gothic"/>
                </w14:checkbox>
              </w:sdtPr>
              <w:sdtContent>
                <w:r w:rsidR="00A435E7">
                  <w:rPr>
                    <w:rFonts w:ascii="MS Gothic" w:eastAsia="MS Gothic" w:hAnsi="MS Gothic" w:cstheme="majorHAnsi" w:hint="eastAsia"/>
                    <w:color w:val="000000"/>
                    <w:sz w:val="24"/>
                    <w:szCs w:val="24"/>
                  </w:rPr>
                  <w:t>☐</w:t>
                </w:r>
              </w:sdtContent>
            </w:sdt>
            <w:r w:rsidR="00A435E7" w:rsidRPr="00B608C6">
              <w:rPr>
                <w:rFonts w:asciiTheme="majorHAnsi" w:hAnsiTheme="majorHAnsi" w:cstheme="majorHAnsi"/>
                <w:color w:val="000000"/>
                <w:sz w:val="24"/>
                <w:szCs w:val="24"/>
              </w:rPr>
              <w:t xml:space="preserve"> </w:t>
            </w:r>
            <w:r w:rsidR="009360A1" w:rsidRPr="00B608C6">
              <w:rPr>
                <w:rFonts w:asciiTheme="majorHAnsi" w:hAnsiTheme="majorHAnsi" w:cstheme="majorHAnsi"/>
                <w:color w:val="000000"/>
                <w:sz w:val="24"/>
                <w:szCs w:val="24"/>
              </w:rPr>
              <w:t>Financial Services</w:t>
            </w:r>
          </w:p>
          <w:p w14:paraId="119C4BEF" w14:textId="2CD9CA00" w:rsidR="0076374E" w:rsidRPr="00B608C6" w:rsidRDefault="00000000" w:rsidP="009360A1">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1082458190"/>
                <w14:checkbox>
                  <w14:checked w14:val="0"/>
                  <w14:checkedState w14:val="0052" w14:font="Wingdings 2"/>
                  <w14:uncheckedState w14:val="2610" w14:font="MS Gothic"/>
                </w14:checkbox>
              </w:sdtPr>
              <w:sdtContent>
                <w:r w:rsidR="0076374E">
                  <w:rPr>
                    <w:rFonts w:ascii="MS Gothic" w:eastAsia="MS Gothic" w:hAnsi="MS Gothic" w:cstheme="majorHAnsi" w:hint="eastAsia"/>
                    <w:color w:val="000000"/>
                    <w:sz w:val="24"/>
                    <w:szCs w:val="24"/>
                  </w:rPr>
                  <w:t>☐</w:t>
                </w:r>
              </w:sdtContent>
            </w:sdt>
            <w:r w:rsidR="0076374E" w:rsidRPr="00B608C6">
              <w:rPr>
                <w:rFonts w:asciiTheme="majorHAnsi" w:hAnsiTheme="majorHAnsi" w:cstheme="majorHAnsi"/>
                <w:color w:val="000000"/>
                <w:sz w:val="24"/>
                <w:szCs w:val="24"/>
              </w:rPr>
              <w:t xml:space="preserve"> </w:t>
            </w:r>
            <w:r w:rsidR="0076374E">
              <w:rPr>
                <w:rFonts w:asciiTheme="majorHAnsi" w:hAnsiTheme="majorHAnsi" w:cstheme="majorHAnsi"/>
                <w:color w:val="000000"/>
                <w:sz w:val="24"/>
                <w:szCs w:val="24"/>
              </w:rPr>
              <w:t>Sustainability</w:t>
            </w:r>
          </w:p>
          <w:p w14:paraId="1123C9D0" w14:textId="41917E2B" w:rsidR="009360A1" w:rsidRDefault="00000000" w:rsidP="009360A1">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1689362200"/>
                <w14:checkbox>
                  <w14:checked w14:val="0"/>
                  <w14:checkedState w14:val="0052" w14:font="Wingdings 2"/>
                  <w14:uncheckedState w14:val="2610" w14:font="MS Gothic"/>
                </w14:checkbox>
              </w:sdtPr>
              <w:sdtContent>
                <w:r w:rsidR="004B0745">
                  <w:rPr>
                    <w:rFonts w:ascii="MS Gothic" w:eastAsia="MS Gothic" w:hAnsi="MS Gothic" w:cstheme="majorHAnsi" w:hint="eastAsia"/>
                    <w:color w:val="000000"/>
                    <w:sz w:val="24"/>
                    <w:szCs w:val="24"/>
                  </w:rPr>
                  <w:t>☐</w:t>
                </w:r>
              </w:sdtContent>
            </w:sdt>
            <w:r w:rsidR="00A435E7" w:rsidRPr="00B608C6">
              <w:rPr>
                <w:rFonts w:asciiTheme="majorHAnsi" w:hAnsiTheme="majorHAnsi" w:cstheme="majorHAnsi"/>
                <w:color w:val="000000"/>
                <w:sz w:val="24"/>
                <w:szCs w:val="24"/>
              </w:rPr>
              <w:t xml:space="preserve"> </w:t>
            </w:r>
            <w:r w:rsidR="009360A1" w:rsidRPr="00B608C6">
              <w:rPr>
                <w:rFonts w:asciiTheme="majorHAnsi" w:hAnsiTheme="majorHAnsi" w:cstheme="majorHAnsi"/>
                <w:color w:val="000000"/>
                <w:sz w:val="24"/>
                <w:szCs w:val="24"/>
              </w:rPr>
              <w:t>FMCG</w:t>
            </w:r>
          </w:p>
          <w:p w14:paraId="3E22BB7F" w14:textId="7DDC5738" w:rsidR="004B0745" w:rsidRDefault="00000000" w:rsidP="009360A1">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2024970418"/>
                <w14:checkbox>
                  <w14:checked w14:val="0"/>
                  <w14:checkedState w14:val="0052" w14:font="Wingdings 2"/>
                  <w14:uncheckedState w14:val="2610" w14:font="MS Gothic"/>
                </w14:checkbox>
              </w:sdtPr>
              <w:sdtContent>
                <w:r w:rsidR="004B0745">
                  <w:rPr>
                    <w:rFonts w:ascii="MS Gothic" w:eastAsia="MS Gothic" w:hAnsi="MS Gothic" w:cstheme="majorHAnsi" w:hint="eastAsia"/>
                    <w:color w:val="000000"/>
                    <w:sz w:val="24"/>
                    <w:szCs w:val="24"/>
                  </w:rPr>
                  <w:t>☐</w:t>
                </w:r>
              </w:sdtContent>
            </w:sdt>
            <w:r w:rsidR="004B0745" w:rsidRPr="00B608C6">
              <w:rPr>
                <w:rFonts w:asciiTheme="majorHAnsi" w:hAnsiTheme="majorHAnsi" w:cstheme="majorHAnsi"/>
                <w:color w:val="000000"/>
                <w:sz w:val="24"/>
                <w:szCs w:val="24"/>
              </w:rPr>
              <w:t xml:space="preserve"> </w:t>
            </w:r>
            <w:r w:rsidR="004B0745">
              <w:rPr>
                <w:rFonts w:asciiTheme="majorHAnsi" w:hAnsiTheme="majorHAnsi" w:cstheme="majorHAnsi"/>
                <w:color w:val="000000"/>
                <w:sz w:val="24"/>
                <w:szCs w:val="24"/>
              </w:rPr>
              <w:t>Manufacturing</w:t>
            </w:r>
          </w:p>
          <w:p w14:paraId="34A27C53" w14:textId="6431D24A" w:rsidR="00481687" w:rsidRPr="00B608C6" w:rsidRDefault="00000000" w:rsidP="009360A1">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1824112019"/>
                <w14:checkbox>
                  <w14:checked w14:val="0"/>
                  <w14:checkedState w14:val="0052" w14:font="Wingdings 2"/>
                  <w14:uncheckedState w14:val="2610" w14:font="MS Gothic"/>
                </w14:checkbox>
              </w:sdtPr>
              <w:sdtContent>
                <w:r w:rsidR="00481687">
                  <w:rPr>
                    <w:rFonts w:ascii="MS Gothic" w:eastAsia="MS Gothic" w:hAnsi="MS Gothic" w:cstheme="majorHAnsi" w:hint="eastAsia"/>
                    <w:color w:val="000000"/>
                    <w:sz w:val="24"/>
                    <w:szCs w:val="24"/>
                  </w:rPr>
                  <w:t>☐</w:t>
                </w:r>
              </w:sdtContent>
            </w:sdt>
            <w:r w:rsidR="00481687">
              <w:rPr>
                <w:rFonts w:asciiTheme="majorHAnsi" w:hAnsiTheme="majorHAnsi" w:cstheme="majorHAnsi"/>
                <w:color w:val="000000"/>
                <w:sz w:val="24"/>
                <w:szCs w:val="24"/>
              </w:rPr>
              <w:t xml:space="preserve"> Startup Award</w:t>
            </w:r>
          </w:p>
          <w:p w14:paraId="3F2AC457" w14:textId="7EB3C533" w:rsidR="007C5A34" w:rsidRPr="00B608C6" w:rsidRDefault="007C5A34" w:rsidP="007C5A34">
            <w:pPr>
              <w:pBdr>
                <w:top w:val="nil"/>
                <w:left w:val="nil"/>
                <w:bottom w:val="nil"/>
                <w:right w:val="nil"/>
                <w:between w:val="nil"/>
              </w:pBdr>
              <w:rPr>
                <w:rFonts w:asciiTheme="majorHAnsi" w:hAnsiTheme="majorHAnsi" w:cstheme="majorHAnsi"/>
                <w:color w:val="000000"/>
                <w:sz w:val="24"/>
                <w:szCs w:val="24"/>
              </w:rPr>
            </w:pPr>
          </w:p>
        </w:tc>
        <w:tc>
          <w:tcPr>
            <w:tcW w:w="5239" w:type="dxa"/>
          </w:tcPr>
          <w:p w14:paraId="6C7C0C8E" w14:textId="04D5181A" w:rsidR="009360A1" w:rsidRPr="00B608C6" w:rsidRDefault="00000000" w:rsidP="009360A1">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167721041"/>
                <w14:checkbox>
                  <w14:checked w14:val="0"/>
                  <w14:checkedState w14:val="0052" w14:font="Wingdings 2"/>
                  <w14:uncheckedState w14:val="2610" w14:font="MS Gothic"/>
                </w14:checkbox>
              </w:sdtPr>
              <w:sdtContent>
                <w:r w:rsidR="006C18C2">
                  <w:rPr>
                    <w:rFonts w:ascii="MS Gothic" w:eastAsia="MS Gothic" w:hAnsi="MS Gothic" w:cstheme="majorHAnsi" w:hint="eastAsia"/>
                    <w:color w:val="000000"/>
                    <w:sz w:val="24"/>
                    <w:szCs w:val="24"/>
                  </w:rPr>
                  <w:t>☐</w:t>
                </w:r>
              </w:sdtContent>
            </w:sdt>
            <w:r w:rsidR="00A435E7">
              <w:rPr>
                <w:rFonts w:asciiTheme="majorHAnsi" w:hAnsiTheme="majorHAnsi" w:cstheme="majorHAnsi"/>
                <w:color w:val="000000"/>
                <w:sz w:val="24"/>
                <w:szCs w:val="24"/>
              </w:rPr>
              <w:t xml:space="preserve"> </w:t>
            </w:r>
            <w:r w:rsidR="009360A1" w:rsidRPr="00B608C6">
              <w:rPr>
                <w:rFonts w:asciiTheme="majorHAnsi" w:hAnsiTheme="majorHAnsi" w:cstheme="majorHAnsi"/>
                <w:color w:val="000000"/>
                <w:sz w:val="24"/>
                <w:szCs w:val="24"/>
              </w:rPr>
              <w:t>Entertainment</w:t>
            </w:r>
          </w:p>
          <w:p w14:paraId="6DFA8BCF" w14:textId="315FB69E" w:rsidR="009360A1" w:rsidRPr="00B608C6" w:rsidRDefault="00000000" w:rsidP="009360A1">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1750622833"/>
                <w14:checkbox>
                  <w14:checked w14:val="0"/>
                  <w14:checkedState w14:val="0052" w14:font="Wingdings 2"/>
                  <w14:uncheckedState w14:val="2610" w14:font="MS Gothic"/>
                </w14:checkbox>
              </w:sdtPr>
              <w:sdtContent>
                <w:r w:rsidR="00A435E7">
                  <w:rPr>
                    <w:rFonts w:ascii="MS Gothic" w:eastAsia="MS Gothic" w:hAnsi="MS Gothic" w:cstheme="majorHAnsi" w:hint="eastAsia"/>
                    <w:color w:val="000000"/>
                    <w:sz w:val="24"/>
                    <w:szCs w:val="24"/>
                  </w:rPr>
                  <w:t>☐</w:t>
                </w:r>
              </w:sdtContent>
            </w:sdt>
            <w:r w:rsidR="00A435E7">
              <w:rPr>
                <w:rFonts w:asciiTheme="majorHAnsi" w:hAnsiTheme="majorHAnsi" w:cstheme="majorHAnsi"/>
                <w:color w:val="000000"/>
                <w:sz w:val="24"/>
                <w:szCs w:val="24"/>
              </w:rPr>
              <w:t xml:space="preserve"> </w:t>
            </w:r>
            <w:r w:rsidR="009360A1" w:rsidRPr="00B608C6">
              <w:rPr>
                <w:rFonts w:asciiTheme="majorHAnsi" w:hAnsiTheme="majorHAnsi" w:cstheme="majorHAnsi"/>
                <w:color w:val="000000"/>
                <w:sz w:val="24"/>
                <w:szCs w:val="24"/>
              </w:rPr>
              <w:t>Sport</w:t>
            </w:r>
            <w:r w:rsidR="00BE5A94">
              <w:rPr>
                <w:rFonts w:asciiTheme="majorHAnsi" w:hAnsiTheme="majorHAnsi" w:cstheme="majorHAnsi"/>
                <w:color w:val="000000"/>
                <w:sz w:val="24"/>
                <w:szCs w:val="24"/>
              </w:rPr>
              <w:t>s</w:t>
            </w:r>
          </w:p>
          <w:p w14:paraId="3FD27784" w14:textId="37627ACF" w:rsidR="009360A1" w:rsidRPr="00B608C6" w:rsidRDefault="00000000" w:rsidP="009360A1">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1116103173"/>
                <w14:checkbox>
                  <w14:checked w14:val="0"/>
                  <w14:checkedState w14:val="0052" w14:font="Wingdings 2"/>
                  <w14:uncheckedState w14:val="2610" w14:font="MS Gothic"/>
                </w14:checkbox>
              </w:sdtPr>
              <w:sdtContent>
                <w:r w:rsidR="00A435E7">
                  <w:rPr>
                    <w:rFonts w:ascii="MS Gothic" w:eastAsia="MS Gothic" w:hAnsi="MS Gothic" w:cstheme="majorHAnsi" w:hint="eastAsia"/>
                    <w:color w:val="000000"/>
                    <w:sz w:val="24"/>
                    <w:szCs w:val="24"/>
                  </w:rPr>
                  <w:t>☐</w:t>
                </w:r>
              </w:sdtContent>
            </w:sdt>
            <w:r w:rsidR="000661CA" w:rsidRPr="00B608C6">
              <w:rPr>
                <w:rFonts w:asciiTheme="majorHAnsi" w:hAnsiTheme="majorHAnsi" w:cstheme="majorHAnsi"/>
                <w:color w:val="000000"/>
                <w:sz w:val="24"/>
                <w:szCs w:val="24"/>
              </w:rPr>
              <w:t xml:space="preserve"> </w:t>
            </w:r>
            <w:r w:rsidR="009360A1" w:rsidRPr="00B608C6">
              <w:rPr>
                <w:rFonts w:asciiTheme="majorHAnsi" w:hAnsiTheme="majorHAnsi" w:cstheme="majorHAnsi"/>
                <w:color w:val="000000"/>
                <w:sz w:val="24"/>
                <w:szCs w:val="24"/>
              </w:rPr>
              <w:t>Key Opinion Leader (KOL)</w:t>
            </w:r>
          </w:p>
          <w:p w14:paraId="2873069D" w14:textId="753BBACD" w:rsidR="00481687" w:rsidRPr="002F4376" w:rsidRDefault="00000000" w:rsidP="009360A1">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1098093296"/>
                <w14:checkbox>
                  <w14:checked w14:val="0"/>
                  <w14:checkedState w14:val="0052" w14:font="Wingdings 2"/>
                  <w14:uncheckedState w14:val="2610" w14:font="MS Gothic"/>
                </w14:checkbox>
              </w:sdtPr>
              <w:sdtContent>
                <w:r w:rsidR="00A435E7">
                  <w:rPr>
                    <w:rFonts w:ascii="MS Gothic" w:eastAsia="MS Gothic" w:hAnsi="MS Gothic" w:cstheme="majorHAnsi" w:hint="eastAsia"/>
                    <w:color w:val="000000"/>
                    <w:sz w:val="24"/>
                    <w:szCs w:val="24"/>
                  </w:rPr>
                  <w:t>☐</w:t>
                </w:r>
              </w:sdtContent>
            </w:sdt>
            <w:r w:rsidR="000661CA" w:rsidRPr="00B608C6">
              <w:rPr>
                <w:rFonts w:asciiTheme="majorHAnsi" w:hAnsiTheme="majorHAnsi" w:cstheme="majorHAnsi"/>
                <w:color w:val="000000"/>
                <w:sz w:val="24"/>
                <w:szCs w:val="24"/>
              </w:rPr>
              <w:t xml:space="preserve"> </w:t>
            </w:r>
            <w:r w:rsidR="009360A1" w:rsidRPr="00B608C6">
              <w:rPr>
                <w:rFonts w:asciiTheme="majorHAnsi" w:hAnsiTheme="majorHAnsi" w:cstheme="majorHAnsi"/>
                <w:color w:val="000000"/>
                <w:sz w:val="24"/>
                <w:szCs w:val="24"/>
              </w:rPr>
              <w:t>Friend of ASEAN</w:t>
            </w:r>
          </w:p>
          <w:p w14:paraId="66BB1CFD" w14:textId="7CF81F83" w:rsidR="009360A1" w:rsidRPr="00B608C6" w:rsidRDefault="009360A1" w:rsidP="009360A1">
            <w:pPr>
              <w:pBdr>
                <w:top w:val="nil"/>
                <w:left w:val="nil"/>
                <w:bottom w:val="nil"/>
                <w:right w:val="nil"/>
                <w:between w:val="nil"/>
              </w:pBdr>
              <w:rPr>
                <w:rFonts w:asciiTheme="majorHAnsi" w:hAnsiTheme="majorHAnsi" w:cstheme="majorHAnsi"/>
                <w:color w:val="000000"/>
                <w:sz w:val="24"/>
                <w:szCs w:val="24"/>
              </w:rPr>
            </w:pPr>
          </w:p>
        </w:tc>
      </w:tr>
    </w:tbl>
    <w:p w14:paraId="1BDEC67C" w14:textId="2CB090D4" w:rsidR="00B96839" w:rsidRDefault="00B96839">
      <w:pPr>
        <w:pStyle w:val="Heading1"/>
        <w:rPr>
          <w:rFonts w:cstheme="majorHAnsi"/>
        </w:rPr>
      </w:pPr>
    </w:p>
    <w:p w14:paraId="0CB0CD5D" w14:textId="77777777" w:rsidR="00B96839" w:rsidRDefault="00B96839">
      <w:pPr>
        <w:rPr>
          <w:rFonts w:asciiTheme="majorHAnsi" w:eastAsiaTheme="majorEastAsia" w:hAnsiTheme="majorHAnsi" w:cstheme="majorHAnsi"/>
          <w:b/>
          <w:bCs/>
          <w:color w:val="365F91" w:themeColor="accent1" w:themeShade="BF"/>
          <w:sz w:val="28"/>
          <w:szCs w:val="28"/>
        </w:rPr>
      </w:pPr>
      <w:r>
        <w:rPr>
          <w:rFonts w:cstheme="majorHAnsi"/>
        </w:rPr>
        <w:br w:type="page"/>
      </w:r>
    </w:p>
    <w:tbl>
      <w:tblPr>
        <w:tblStyle w:val="TableGrid"/>
        <w:tblW w:w="0" w:type="auto"/>
        <w:tblBorders>
          <w:top w:val="single" w:sz="4" w:space="0" w:color="E0B95A"/>
          <w:left w:val="single" w:sz="4" w:space="0" w:color="E0B95A"/>
          <w:bottom w:val="single" w:sz="4" w:space="0" w:color="E0B95A"/>
          <w:right w:val="single" w:sz="4" w:space="0" w:color="E0B95A"/>
          <w:insideH w:val="none" w:sz="0" w:space="0" w:color="auto"/>
          <w:insideV w:val="none" w:sz="0" w:space="0" w:color="auto"/>
        </w:tblBorders>
        <w:tblLook w:val="04A0" w:firstRow="1" w:lastRow="0" w:firstColumn="1" w:lastColumn="0" w:noHBand="0" w:noVBand="1"/>
      </w:tblPr>
      <w:tblGrid>
        <w:gridCol w:w="5669"/>
      </w:tblGrid>
      <w:tr w:rsidR="001707A8" w14:paraId="0CE9D17F" w14:textId="77777777" w:rsidTr="4687FBED">
        <w:trPr>
          <w:trHeight w:val="567"/>
        </w:trPr>
        <w:tc>
          <w:tcPr>
            <w:tcW w:w="5669" w:type="dxa"/>
            <w:shd w:val="clear" w:color="auto" w:fill="000000" w:themeFill="text1"/>
            <w:vAlign w:val="center"/>
          </w:tcPr>
          <w:p w14:paraId="5D61D308" w14:textId="6B7790B3" w:rsidR="001707A8" w:rsidRPr="001707A8" w:rsidRDefault="18D0DBF3" w:rsidP="4687FBED">
            <w:pPr>
              <w:pStyle w:val="Heading1"/>
              <w:spacing w:before="0"/>
              <w:rPr>
                <w:color w:val="E0B95A"/>
              </w:rPr>
            </w:pPr>
            <w:r w:rsidRPr="4687FBED">
              <w:rPr>
                <w:color w:val="E0B95A"/>
              </w:rPr>
              <w:lastRenderedPageBreak/>
              <w:t xml:space="preserve">A. </w:t>
            </w:r>
            <w:r w:rsidR="603FD377" w:rsidRPr="4687FBED">
              <w:rPr>
                <w:color w:val="E0B95A"/>
              </w:rPr>
              <w:t xml:space="preserve">Company </w:t>
            </w:r>
            <w:r w:rsidR="62564002" w:rsidRPr="4687FBED">
              <w:rPr>
                <w:color w:val="E0B95A"/>
              </w:rPr>
              <w:t xml:space="preserve">/ Individual </w:t>
            </w:r>
            <w:r w:rsidR="603FD377" w:rsidRPr="4687FBED">
              <w:rPr>
                <w:color w:val="E0B95A"/>
              </w:rPr>
              <w:t>Information</w:t>
            </w:r>
          </w:p>
        </w:tc>
      </w:tr>
    </w:tbl>
    <w:p w14:paraId="386399DA" w14:textId="5C89E0B2" w:rsidR="00FE12C3" w:rsidRDefault="00117369">
      <w:pPr>
        <w:rPr>
          <w:rFonts w:asciiTheme="majorHAnsi" w:eastAsiaTheme="majorEastAsia" w:hAnsiTheme="majorHAnsi" w:cstheme="majorHAnsi"/>
          <w:b/>
          <w:bCs/>
          <w:color w:val="365F91" w:themeColor="accent1" w:themeShade="BF"/>
          <w:sz w:val="28"/>
          <w:szCs w:val="28"/>
        </w:rPr>
      </w:pPr>
      <w:r w:rsidRPr="00B608C6">
        <w:rPr>
          <w:rFonts w:asciiTheme="majorHAnsi" w:hAnsiTheme="majorHAnsi" w:cstheme="majorHAnsi"/>
          <w:i/>
          <w:iCs/>
          <w:sz w:val="24"/>
          <w:szCs w:val="24"/>
        </w:rPr>
        <w:t>If applying for a company award, complete Section A1.</w:t>
      </w:r>
      <w:r w:rsidRPr="00B608C6">
        <w:rPr>
          <w:rFonts w:asciiTheme="majorHAnsi" w:hAnsiTheme="majorHAnsi" w:cstheme="majorHAnsi"/>
          <w:i/>
          <w:iCs/>
          <w:sz w:val="24"/>
          <w:szCs w:val="24"/>
        </w:rPr>
        <w:br/>
        <w:t>If applying for an individual award, complete Section A2.</w:t>
      </w:r>
    </w:p>
    <w:tbl>
      <w:tblPr>
        <w:tblStyle w:val="TableGrid"/>
        <w:tblW w:w="0" w:type="auto"/>
        <w:tblBorders>
          <w:top w:val="single" w:sz="4" w:space="0" w:color="E0B95A"/>
          <w:left w:val="single" w:sz="4" w:space="0" w:color="E0B95A"/>
          <w:bottom w:val="single" w:sz="4" w:space="0" w:color="E0B95A"/>
          <w:right w:val="single" w:sz="4" w:space="0" w:color="E0B95A"/>
          <w:insideH w:val="none" w:sz="0" w:space="0" w:color="auto"/>
          <w:insideV w:val="none" w:sz="0" w:space="0" w:color="auto"/>
        </w:tblBorders>
        <w:tblLook w:val="04A0" w:firstRow="1" w:lastRow="0" w:firstColumn="1" w:lastColumn="0" w:noHBand="0" w:noVBand="1"/>
      </w:tblPr>
      <w:tblGrid>
        <w:gridCol w:w="2972"/>
        <w:gridCol w:w="2697"/>
        <w:gridCol w:w="4532"/>
      </w:tblGrid>
      <w:tr w:rsidR="00EB55DC" w14:paraId="061515E2" w14:textId="77777777" w:rsidTr="00B608C6">
        <w:trPr>
          <w:gridAfter w:val="1"/>
          <w:wAfter w:w="4532" w:type="dxa"/>
          <w:trHeight w:val="567"/>
        </w:trPr>
        <w:tc>
          <w:tcPr>
            <w:tcW w:w="5669" w:type="dxa"/>
            <w:gridSpan w:val="2"/>
            <w:shd w:val="clear" w:color="auto" w:fill="000000" w:themeFill="text1"/>
            <w:vAlign w:val="center"/>
          </w:tcPr>
          <w:p w14:paraId="19CA6F1B" w14:textId="53C56B4C" w:rsidR="00EB55DC" w:rsidRPr="001707A8" w:rsidRDefault="00EB55DC" w:rsidP="000661CA">
            <w:pPr>
              <w:pStyle w:val="Heading1"/>
              <w:spacing w:before="0"/>
              <w:rPr>
                <w:rFonts w:cstheme="majorHAnsi"/>
                <w:color w:val="E0B95A"/>
              </w:rPr>
            </w:pPr>
            <w:r>
              <w:rPr>
                <w:rFonts w:cstheme="majorHAnsi"/>
                <w:color w:val="E0B95A"/>
              </w:rPr>
              <w:t>A1. Company Details (For Business Awards)</w:t>
            </w:r>
          </w:p>
        </w:tc>
      </w:tr>
      <w:tr w:rsidR="0098550F" w:rsidRPr="00117369" w14:paraId="1CC863D5"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972" w:type="dxa"/>
            <w:vAlign w:val="center"/>
          </w:tcPr>
          <w:p w14:paraId="7C06E677" w14:textId="77777777"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Name of Enterprise:</w:t>
            </w:r>
          </w:p>
        </w:tc>
        <w:sdt>
          <w:sdtPr>
            <w:rPr>
              <w:rFonts w:asciiTheme="majorHAnsi" w:hAnsiTheme="majorHAnsi" w:cstheme="majorHAnsi"/>
              <w:sz w:val="24"/>
              <w:szCs w:val="24"/>
            </w:rPr>
            <w:id w:val="1028763952"/>
            <w:placeholder>
              <w:docPart w:val="279F7E5B05A64EE485087E59B604B48D"/>
            </w:placeholder>
            <w:showingPlcHdr/>
            <w:text/>
          </w:sdtPr>
          <w:sdtContent>
            <w:tc>
              <w:tcPr>
                <w:tcW w:w="7229" w:type="dxa"/>
                <w:gridSpan w:val="2"/>
                <w:vAlign w:val="center"/>
              </w:tcPr>
              <w:p w14:paraId="2FC467A1" w14:textId="12EED854" w:rsidR="0098550F" w:rsidRPr="00B608C6" w:rsidRDefault="00A51BD8" w:rsidP="00E94154">
                <w:pPr>
                  <w:spacing w:line="276" w:lineRule="auto"/>
                  <w:ind w:right="464"/>
                  <w:rPr>
                    <w:rFonts w:asciiTheme="majorHAnsi" w:hAnsiTheme="majorHAnsi" w:cstheme="majorHAnsi"/>
                    <w:sz w:val="24"/>
                    <w:szCs w:val="24"/>
                  </w:rPr>
                </w:pPr>
                <w:r w:rsidRPr="0085452A">
                  <w:rPr>
                    <w:rStyle w:val="PlaceholderText"/>
                  </w:rPr>
                  <w:t>Click or tap here to enter text.</w:t>
                </w:r>
              </w:p>
            </w:tc>
          </w:sdtContent>
        </w:sdt>
      </w:tr>
      <w:tr w:rsidR="0098550F" w:rsidRPr="00117369" w14:paraId="27869230"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972" w:type="dxa"/>
            <w:vAlign w:val="center"/>
          </w:tcPr>
          <w:p w14:paraId="4EAA9BC6" w14:textId="340E1DB0" w:rsidR="0098550F" w:rsidRPr="00B608C6" w:rsidRDefault="0098550F" w:rsidP="00E94154">
            <w:pPr>
              <w:spacing w:line="276" w:lineRule="auto"/>
              <w:rPr>
                <w:rFonts w:asciiTheme="majorHAnsi" w:hAnsiTheme="majorHAnsi" w:cstheme="majorHAnsi"/>
                <w:b/>
                <w:bCs/>
                <w:color w:val="000000"/>
                <w:sz w:val="24"/>
                <w:szCs w:val="24"/>
              </w:rPr>
            </w:pPr>
            <w:proofErr w:type="gramStart"/>
            <w:r w:rsidRPr="00B608C6">
              <w:rPr>
                <w:rFonts w:asciiTheme="majorHAnsi" w:hAnsiTheme="majorHAnsi" w:cstheme="majorHAnsi"/>
                <w:b/>
                <w:bCs/>
                <w:color w:val="000000"/>
                <w:sz w:val="24"/>
                <w:szCs w:val="24"/>
              </w:rPr>
              <w:t>Size of</w:t>
            </w:r>
            <w:proofErr w:type="gramEnd"/>
            <w:r w:rsidRPr="00B608C6">
              <w:rPr>
                <w:rFonts w:asciiTheme="majorHAnsi" w:hAnsiTheme="majorHAnsi" w:cstheme="majorHAnsi"/>
                <w:b/>
                <w:bCs/>
                <w:color w:val="000000"/>
                <w:sz w:val="24"/>
                <w:szCs w:val="24"/>
              </w:rPr>
              <w:t xml:space="preserve"> Enterprise:</w:t>
            </w:r>
          </w:p>
        </w:tc>
        <w:tc>
          <w:tcPr>
            <w:tcW w:w="7229" w:type="dxa"/>
            <w:gridSpan w:val="2"/>
            <w:vAlign w:val="center"/>
          </w:tcPr>
          <w:p w14:paraId="76EE6FBC" w14:textId="77777777" w:rsidR="00986A49" w:rsidRDefault="00000000" w:rsidP="00E94154">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105699185"/>
                <w14:checkbox>
                  <w14:checked w14:val="0"/>
                  <w14:checkedState w14:val="0052" w14:font="Wingdings 2"/>
                  <w14:uncheckedState w14:val="2610" w14:font="MS Gothic"/>
                </w14:checkbox>
              </w:sdtPr>
              <w:sdtContent>
                <w:r w:rsidR="00A435E7">
                  <w:rPr>
                    <w:rFonts w:ascii="MS Gothic" w:eastAsia="MS Gothic" w:hAnsi="MS Gothic" w:cstheme="majorHAnsi" w:hint="eastAsia"/>
                    <w:color w:val="000000"/>
                    <w:sz w:val="24"/>
                    <w:szCs w:val="24"/>
                  </w:rPr>
                  <w:t>☐</w:t>
                </w:r>
              </w:sdtContent>
            </w:sdt>
            <w:r w:rsidR="00A435E7">
              <w:rPr>
                <w:rFonts w:asciiTheme="majorHAnsi" w:hAnsiTheme="majorHAnsi" w:cstheme="majorHAnsi"/>
                <w:color w:val="000000"/>
                <w:sz w:val="24"/>
                <w:szCs w:val="24"/>
              </w:rPr>
              <w:t xml:space="preserve"> </w:t>
            </w:r>
            <w:r w:rsidR="0098550F" w:rsidRPr="00B608C6">
              <w:rPr>
                <w:rFonts w:asciiTheme="majorHAnsi" w:hAnsiTheme="majorHAnsi" w:cstheme="majorHAnsi"/>
                <w:color w:val="000000"/>
                <w:sz w:val="24"/>
                <w:szCs w:val="24"/>
              </w:rPr>
              <w:t>Large (≥200 employees &amp; ≥USD 5M revenue)</w:t>
            </w:r>
          </w:p>
          <w:p w14:paraId="0226DA05" w14:textId="344168B9" w:rsidR="0098550F" w:rsidRPr="00B608C6" w:rsidRDefault="00000000" w:rsidP="00E94154">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1950463181"/>
                <w14:checkbox>
                  <w14:checked w14:val="0"/>
                  <w14:checkedState w14:val="0052" w14:font="Wingdings 2"/>
                  <w14:uncheckedState w14:val="2610" w14:font="MS Gothic"/>
                </w14:checkbox>
              </w:sdtPr>
              <w:sdtContent>
                <w:r w:rsidR="00A435E7">
                  <w:rPr>
                    <w:rFonts w:ascii="MS Gothic" w:eastAsia="MS Gothic" w:hAnsi="MS Gothic" w:cstheme="majorHAnsi" w:hint="eastAsia"/>
                    <w:color w:val="000000"/>
                    <w:sz w:val="24"/>
                    <w:szCs w:val="24"/>
                  </w:rPr>
                  <w:t>☐</w:t>
                </w:r>
              </w:sdtContent>
            </w:sdt>
            <w:r w:rsidR="009360A1" w:rsidRPr="00B608C6">
              <w:rPr>
                <w:rFonts w:asciiTheme="majorHAnsi" w:hAnsiTheme="majorHAnsi" w:cstheme="majorHAnsi"/>
                <w:sz w:val="24"/>
                <w:szCs w:val="24"/>
              </w:rPr>
              <w:t xml:space="preserve"> </w:t>
            </w:r>
            <w:r w:rsidR="0098550F" w:rsidRPr="00B608C6">
              <w:rPr>
                <w:rFonts w:asciiTheme="majorHAnsi" w:hAnsiTheme="majorHAnsi" w:cstheme="majorHAnsi"/>
                <w:color w:val="000000"/>
                <w:sz w:val="24"/>
                <w:szCs w:val="24"/>
              </w:rPr>
              <w:t>SME:</w:t>
            </w:r>
            <w:r w:rsidR="00986A49">
              <w:rPr>
                <w:rFonts w:asciiTheme="majorHAnsi" w:hAnsiTheme="majorHAnsi" w:cstheme="majorHAnsi"/>
                <w:color w:val="000000"/>
                <w:sz w:val="24"/>
                <w:szCs w:val="24"/>
              </w:rPr>
              <w:t xml:space="preserve"> </w:t>
            </w:r>
            <w:sdt>
              <w:sdtPr>
                <w:rPr>
                  <w:rFonts w:asciiTheme="majorHAnsi" w:hAnsiTheme="majorHAnsi" w:cstheme="majorHAnsi"/>
                  <w:color w:val="000000"/>
                  <w:sz w:val="24"/>
                  <w:szCs w:val="24"/>
                </w:rPr>
                <w:id w:val="-1007055945"/>
                <w:placeholder>
                  <w:docPart w:val="DefaultPlaceholder_-1854013440"/>
                </w:placeholder>
                <w:showingPlcHdr/>
                <w:text/>
              </w:sdtPr>
              <w:sdtContent>
                <w:r w:rsidR="00986A49" w:rsidRPr="0085452A">
                  <w:rPr>
                    <w:rStyle w:val="PlaceholderText"/>
                  </w:rPr>
                  <w:t>Click or tap here to enter text.</w:t>
                </w:r>
              </w:sdtContent>
            </w:sdt>
          </w:p>
        </w:tc>
      </w:tr>
      <w:tr w:rsidR="0098550F" w:rsidRPr="00117369" w14:paraId="4830A2BB"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972" w:type="dxa"/>
            <w:vAlign w:val="center"/>
          </w:tcPr>
          <w:p w14:paraId="70A300E5" w14:textId="77777777"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Date of Incorporation:</w:t>
            </w:r>
          </w:p>
        </w:tc>
        <w:sdt>
          <w:sdtPr>
            <w:rPr>
              <w:rFonts w:asciiTheme="majorHAnsi" w:hAnsiTheme="majorHAnsi" w:cstheme="majorHAnsi"/>
              <w:color w:val="000000"/>
              <w:sz w:val="24"/>
              <w:szCs w:val="24"/>
            </w:rPr>
            <w:id w:val="1367790884"/>
            <w:placeholder>
              <w:docPart w:val="C9621ADF1C034690B3857661489A5B78"/>
            </w:placeholder>
            <w:showingPlcHdr/>
            <w:text/>
          </w:sdtPr>
          <w:sdtContent>
            <w:tc>
              <w:tcPr>
                <w:tcW w:w="7229" w:type="dxa"/>
                <w:gridSpan w:val="2"/>
                <w:vAlign w:val="center"/>
              </w:tcPr>
              <w:p w14:paraId="386650A5" w14:textId="6917FED4" w:rsidR="0098550F" w:rsidRPr="00B608C6" w:rsidRDefault="002C7C7B"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6EC04BAA"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972" w:type="dxa"/>
            <w:vAlign w:val="center"/>
          </w:tcPr>
          <w:p w14:paraId="0CDFC324" w14:textId="1C1674DD" w:rsidR="0098550F" w:rsidRPr="00B608C6" w:rsidRDefault="0098550F" w:rsidP="00E94154">
            <w:pPr>
              <w:spacing w:line="276" w:lineRule="auto"/>
              <w:rPr>
                <w:rFonts w:asciiTheme="majorHAnsi" w:hAnsiTheme="majorHAnsi" w:cstheme="majorHAnsi"/>
                <w:b/>
                <w:bCs/>
                <w:sz w:val="24"/>
                <w:szCs w:val="24"/>
              </w:rPr>
            </w:pPr>
            <w:r w:rsidRPr="00B608C6">
              <w:rPr>
                <w:rFonts w:asciiTheme="majorHAnsi" w:hAnsiTheme="majorHAnsi" w:cstheme="majorHAnsi"/>
                <w:b/>
                <w:bCs/>
                <w:color w:val="000000"/>
                <w:sz w:val="24"/>
                <w:szCs w:val="24"/>
              </w:rPr>
              <w:t>Country of Incorporation:</w:t>
            </w:r>
          </w:p>
        </w:tc>
        <w:sdt>
          <w:sdtPr>
            <w:rPr>
              <w:rFonts w:asciiTheme="majorHAnsi" w:hAnsiTheme="majorHAnsi" w:cstheme="majorHAnsi"/>
              <w:color w:val="000000"/>
              <w:sz w:val="24"/>
              <w:szCs w:val="24"/>
            </w:rPr>
            <w:id w:val="-1168700365"/>
            <w:placeholder>
              <w:docPart w:val="EF8B0CF730DC4538AAA6682AB2616F36"/>
            </w:placeholder>
            <w:showingPlcHdr/>
            <w:text/>
          </w:sdtPr>
          <w:sdtContent>
            <w:tc>
              <w:tcPr>
                <w:tcW w:w="7229" w:type="dxa"/>
                <w:gridSpan w:val="2"/>
                <w:vAlign w:val="center"/>
              </w:tcPr>
              <w:p w14:paraId="7F4E026F" w14:textId="28DD99EF" w:rsidR="0098550F" w:rsidRPr="00B608C6" w:rsidRDefault="007F178E"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7DB5F172"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972" w:type="dxa"/>
            <w:vAlign w:val="center"/>
          </w:tcPr>
          <w:p w14:paraId="28B7D650" w14:textId="39BD9026" w:rsidR="0098550F" w:rsidRPr="00B608C6" w:rsidRDefault="0098550F" w:rsidP="00E94154">
            <w:pPr>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Registered Address:</w:t>
            </w:r>
          </w:p>
        </w:tc>
        <w:sdt>
          <w:sdtPr>
            <w:rPr>
              <w:rFonts w:asciiTheme="majorHAnsi" w:hAnsiTheme="majorHAnsi" w:cstheme="majorHAnsi"/>
              <w:color w:val="000000"/>
              <w:sz w:val="24"/>
              <w:szCs w:val="24"/>
            </w:rPr>
            <w:id w:val="-280889876"/>
            <w:placeholder>
              <w:docPart w:val="754BED8B5A134AC3BAE73203DE085DFE"/>
            </w:placeholder>
            <w:showingPlcHdr/>
            <w:text/>
          </w:sdtPr>
          <w:sdtContent>
            <w:tc>
              <w:tcPr>
                <w:tcW w:w="7229" w:type="dxa"/>
                <w:gridSpan w:val="2"/>
                <w:vAlign w:val="center"/>
              </w:tcPr>
              <w:p w14:paraId="2FA590EF" w14:textId="08EBD0E0" w:rsidR="0098550F" w:rsidRPr="00B608C6" w:rsidRDefault="002C7C7B"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55FAB844"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972" w:type="dxa"/>
            <w:vAlign w:val="center"/>
          </w:tcPr>
          <w:p w14:paraId="6223B5F6" w14:textId="77777777"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Website:</w:t>
            </w:r>
          </w:p>
        </w:tc>
        <w:sdt>
          <w:sdtPr>
            <w:rPr>
              <w:rFonts w:asciiTheme="majorHAnsi" w:hAnsiTheme="majorHAnsi" w:cstheme="majorHAnsi"/>
              <w:color w:val="000000"/>
              <w:sz w:val="24"/>
              <w:szCs w:val="24"/>
            </w:rPr>
            <w:id w:val="-1317326681"/>
            <w:placeholder>
              <w:docPart w:val="40A22D4EE3F5446699479BD9B617A77D"/>
            </w:placeholder>
            <w:showingPlcHdr/>
            <w:text/>
          </w:sdtPr>
          <w:sdtContent>
            <w:tc>
              <w:tcPr>
                <w:tcW w:w="7229" w:type="dxa"/>
                <w:gridSpan w:val="2"/>
                <w:vAlign w:val="center"/>
              </w:tcPr>
              <w:p w14:paraId="0F088C4A" w14:textId="67E89D7C" w:rsidR="0098550F" w:rsidRPr="00B608C6" w:rsidRDefault="00855C21"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581D3BDB"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972" w:type="dxa"/>
            <w:vAlign w:val="center"/>
          </w:tcPr>
          <w:p w14:paraId="0E7BEA30" w14:textId="77777777"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Contact person:</w:t>
            </w:r>
          </w:p>
        </w:tc>
        <w:sdt>
          <w:sdtPr>
            <w:rPr>
              <w:rFonts w:asciiTheme="majorHAnsi" w:hAnsiTheme="majorHAnsi" w:cstheme="majorHAnsi"/>
              <w:color w:val="000000"/>
              <w:sz w:val="24"/>
              <w:szCs w:val="24"/>
            </w:rPr>
            <w:id w:val="188116456"/>
            <w:placeholder>
              <w:docPart w:val="DE7D274C18234211A01B572A4D638384"/>
            </w:placeholder>
            <w:showingPlcHdr/>
            <w:text/>
          </w:sdtPr>
          <w:sdtContent>
            <w:tc>
              <w:tcPr>
                <w:tcW w:w="7229" w:type="dxa"/>
                <w:gridSpan w:val="2"/>
                <w:vAlign w:val="center"/>
              </w:tcPr>
              <w:p w14:paraId="42D3F2FA" w14:textId="560647A9" w:rsidR="0098550F" w:rsidRPr="00B608C6" w:rsidRDefault="00855C21"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5EA36C38"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972" w:type="dxa"/>
            <w:vAlign w:val="center"/>
          </w:tcPr>
          <w:p w14:paraId="748E34FF" w14:textId="5E8DAB50"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Job Title or Position:</w:t>
            </w:r>
          </w:p>
        </w:tc>
        <w:sdt>
          <w:sdtPr>
            <w:rPr>
              <w:rFonts w:asciiTheme="majorHAnsi" w:hAnsiTheme="majorHAnsi" w:cstheme="majorHAnsi"/>
              <w:color w:val="000000"/>
              <w:sz w:val="24"/>
              <w:szCs w:val="24"/>
            </w:rPr>
            <w:id w:val="825475001"/>
            <w:placeholder>
              <w:docPart w:val="500C1D127C7246848A5E9D5C8B15574F"/>
            </w:placeholder>
            <w:showingPlcHdr/>
            <w:text/>
          </w:sdtPr>
          <w:sdtContent>
            <w:tc>
              <w:tcPr>
                <w:tcW w:w="7229" w:type="dxa"/>
                <w:gridSpan w:val="2"/>
                <w:vAlign w:val="center"/>
              </w:tcPr>
              <w:p w14:paraId="0E93FED2" w14:textId="382857E6" w:rsidR="0098550F" w:rsidRPr="00B608C6" w:rsidRDefault="00855C21"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60BC656C"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972" w:type="dxa"/>
            <w:vAlign w:val="center"/>
          </w:tcPr>
          <w:p w14:paraId="3E7B8772" w14:textId="24D5775B"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 xml:space="preserve">Phone Number: </w:t>
            </w:r>
          </w:p>
        </w:tc>
        <w:sdt>
          <w:sdtPr>
            <w:rPr>
              <w:rFonts w:asciiTheme="majorHAnsi" w:hAnsiTheme="majorHAnsi" w:cstheme="majorHAnsi"/>
              <w:color w:val="000000"/>
              <w:sz w:val="24"/>
              <w:szCs w:val="24"/>
            </w:rPr>
            <w:id w:val="-1046209432"/>
            <w:placeholder>
              <w:docPart w:val="2F532D22CB67497C92274615D493D113"/>
            </w:placeholder>
            <w:showingPlcHdr/>
            <w:text/>
          </w:sdtPr>
          <w:sdtContent>
            <w:tc>
              <w:tcPr>
                <w:tcW w:w="7229" w:type="dxa"/>
                <w:gridSpan w:val="2"/>
                <w:vAlign w:val="center"/>
              </w:tcPr>
              <w:p w14:paraId="2407F7DB" w14:textId="0E417E81" w:rsidR="0098550F" w:rsidRPr="00B608C6" w:rsidRDefault="00855C21"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6D0CD8F4"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972" w:type="dxa"/>
            <w:vAlign w:val="center"/>
          </w:tcPr>
          <w:p w14:paraId="368BCA69" w14:textId="0E8D5AB8"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 xml:space="preserve">E-mail Address: </w:t>
            </w:r>
          </w:p>
        </w:tc>
        <w:sdt>
          <w:sdtPr>
            <w:rPr>
              <w:rFonts w:asciiTheme="majorHAnsi" w:hAnsiTheme="majorHAnsi" w:cstheme="majorHAnsi"/>
              <w:color w:val="000000"/>
              <w:sz w:val="24"/>
              <w:szCs w:val="24"/>
            </w:rPr>
            <w:id w:val="267354624"/>
            <w:placeholder>
              <w:docPart w:val="1970E5ED95C54F2180A6215F670AC5D1"/>
            </w:placeholder>
            <w:showingPlcHdr/>
            <w:text/>
          </w:sdtPr>
          <w:sdtContent>
            <w:tc>
              <w:tcPr>
                <w:tcW w:w="7229" w:type="dxa"/>
                <w:gridSpan w:val="2"/>
                <w:vAlign w:val="center"/>
              </w:tcPr>
              <w:p w14:paraId="2BE0E062" w14:textId="469216BD" w:rsidR="0098550F" w:rsidRPr="00B608C6" w:rsidRDefault="00855C21"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bl>
    <w:p w14:paraId="65706986" w14:textId="6658E976" w:rsidR="0098550F" w:rsidRPr="00117369" w:rsidRDefault="0098550F">
      <w:pPr>
        <w:rPr>
          <w:rFonts w:asciiTheme="majorHAnsi" w:eastAsiaTheme="majorEastAsia" w:hAnsiTheme="majorHAnsi" w:cstheme="majorHAnsi"/>
          <w:b/>
          <w:bCs/>
          <w:color w:val="4F81BD" w:themeColor="accent1"/>
          <w:sz w:val="26"/>
          <w:szCs w:val="26"/>
        </w:rPr>
      </w:pPr>
    </w:p>
    <w:tbl>
      <w:tblPr>
        <w:tblStyle w:val="TableGrid"/>
        <w:tblW w:w="0" w:type="auto"/>
        <w:tblBorders>
          <w:top w:val="single" w:sz="4" w:space="0" w:color="E0B95A"/>
          <w:left w:val="single" w:sz="4" w:space="0" w:color="E0B95A"/>
          <w:bottom w:val="single" w:sz="4" w:space="0" w:color="E0B95A"/>
          <w:right w:val="single" w:sz="4" w:space="0" w:color="E0B95A"/>
          <w:insideH w:val="none" w:sz="0" w:space="0" w:color="auto"/>
          <w:insideV w:val="none" w:sz="0" w:space="0" w:color="auto"/>
        </w:tblBorders>
        <w:tblLook w:val="04A0" w:firstRow="1" w:lastRow="0" w:firstColumn="1" w:lastColumn="0" w:noHBand="0" w:noVBand="1"/>
      </w:tblPr>
      <w:tblGrid>
        <w:gridCol w:w="3964"/>
        <w:gridCol w:w="1705"/>
        <w:gridCol w:w="4532"/>
      </w:tblGrid>
      <w:tr w:rsidR="00B608C6" w14:paraId="55B1BAFE" w14:textId="77777777" w:rsidTr="00B608C6">
        <w:trPr>
          <w:gridAfter w:val="1"/>
          <w:wAfter w:w="4532" w:type="dxa"/>
          <w:trHeight w:val="567"/>
        </w:trPr>
        <w:tc>
          <w:tcPr>
            <w:tcW w:w="5669" w:type="dxa"/>
            <w:gridSpan w:val="2"/>
            <w:shd w:val="clear" w:color="auto" w:fill="000000" w:themeFill="text1"/>
            <w:vAlign w:val="center"/>
          </w:tcPr>
          <w:p w14:paraId="5AD26D23" w14:textId="2A41CFF9" w:rsidR="00B608C6" w:rsidRPr="001707A8" w:rsidRDefault="00B608C6" w:rsidP="000661CA">
            <w:pPr>
              <w:pStyle w:val="Heading1"/>
              <w:spacing w:before="0"/>
              <w:rPr>
                <w:rFonts w:cstheme="majorHAnsi"/>
                <w:color w:val="E0B95A"/>
              </w:rPr>
            </w:pPr>
            <w:r>
              <w:rPr>
                <w:rFonts w:cstheme="majorHAnsi"/>
                <w:color w:val="E0B95A"/>
              </w:rPr>
              <w:t>A2. Individual Details (For Individual Awards)</w:t>
            </w:r>
          </w:p>
        </w:tc>
      </w:tr>
      <w:tr w:rsidR="0098550F" w:rsidRPr="00117369" w14:paraId="3BDBC771"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964" w:type="dxa"/>
            <w:vAlign w:val="center"/>
          </w:tcPr>
          <w:p w14:paraId="1330973A" w14:textId="6179973B"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Full Name:</w:t>
            </w:r>
          </w:p>
        </w:tc>
        <w:sdt>
          <w:sdtPr>
            <w:rPr>
              <w:rFonts w:asciiTheme="majorHAnsi" w:hAnsiTheme="majorHAnsi" w:cstheme="majorHAnsi"/>
              <w:sz w:val="24"/>
              <w:szCs w:val="24"/>
            </w:rPr>
            <w:id w:val="-1078587576"/>
            <w:placeholder>
              <w:docPart w:val="3BC4AA7CEA5E4217BBFC363327A4F499"/>
            </w:placeholder>
            <w:showingPlcHdr/>
            <w:text/>
          </w:sdtPr>
          <w:sdtContent>
            <w:tc>
              <w:tcPr>
                <w:tcW w:w="6237" w:type="dxa"/>
                <w:gridSpan w:val="2"/>
                <w:vAlign w:val="center"/>
              </w:tcPr>
              <w:p w14:paraId="4A2656C6" w14:textId="48A51D38" w:rsidR="0098550F" w:rsidRPr="00B608C6" w:rsidRDefault="00855C21" w:rsidP="00E94154">
                <w:pPr>
                  <w:spacing w:line="276" w:lineRule="auto"/>
                  <w:ind w:right="464"/>
                  <w:rPr>
                    <w:rFonts w:asciiTheme="majorHAnsi" w:hAnsiTheme="majorHAnsi" w:cstheme="majorHAnsi"/>
                    <w:sz w:val="24"/>
                    <w:szCs w:val="24"/>
                  </w:rPr>
                </w:pPr>
                <w:r w:rsidRPr="0085452A">
                  <w:rPr>
                    <w:rStyle w:val="PlaceholderText"/>
                  </w:rPr>
                  <w:t>Click or tap here to enter text.</w:t>
                </w:r>
              </w:p>
            </w:tc>
          </w:sdtContent>
        </w:sdt>
      </w:tr>
      <w:tr w:rsidR="0098550F" w:rsidRPr="00117369" w14:paraId="3B8E5C41"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964" w:type="dxa"/>
            <w:vAlign w:val="center"/>
          </w:tcPr>
          <w:p w14:paraId="6C3122D5" w14:textId="106FE269"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Salutation:</w:t>
            </w:r>
          </w:p>
        </w:tc>
        <w:tc>
          <w:tcPr>
            <w:tcW w:w="6237" w:type="dxa"/>
            <w:gridSpan w:val="2"/>
            <w:vAlign w:val="center"/>
          </w:tcPr>
          <w:p w14:paraId="1E179CA7" w14:textId="77777777" w:rsidR="00986A49" w:rsidRDefault="00000000" w:rsidP="00E94154">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1022468330"/>
                <w14:checkbox>
                  <w14:checked w14:val="0"/>
                  <w14:checkedState w14:val="0052" w14:font="Wingdings 2"/>
                  <w14:uncheckedState w14:val="2610" w14:font="MS Gothic"/>
                </w14:checkbox>
              </w:sdtPr>
              <w:sdtContent>
                <w:r w:rsidR="002C7C7B">
                  <w:rPr>
                    <w:rFonts w:ascii="MS Gothic" w:eastAsia="MS Gothic" w:hAnsi="MS Gothic" w:cstheme="majorHAnsi" w:hint="eastAsia"/>
                    <w:color w:val="000000"/>
                    <w:sz w:val="24"/>
                    <w:szCs w:val="24"/>
                  </w:rPr>
                  <w:t>☐</w:t>
                </w:r>
              </w:sdtContent>
            </w:sdt>
            <w:r w:rsidR="00C57940">
              <w:rPr>
                <w:rFonts w:asciiTheme="majorHAnsi" w:hAnsiTheme="majorHAnsi" w:cstheme="majorHAnsi"/>
                <w:color w:val="000000"/>
                <w:sz w:val="24"/>
                <w:szCs w:val="24"/>
              </w:rPr>
              <w:t xml:space="preserve"> </w:t>
            </w:r>
            <w:r w:rsidR="0098550F" w:rsidRPr="00B608C6">
              <w:rPr>
                <w:rFonts w:asciiTheme="majorHAnsi" w:hAnsiTheme="majorHAnsi" w:cstheme="majorHAnsi"/>
                <w:color w:val="000000"/>
                <w:sz w:val="24"/>
                <w:szCs w:val="24"/>
              </w:rPr>
              <w:t>Mr</w:t>
            </w:r>
            <w:r w:rsidR="000661CA">
              <w:rPr>
                <w:rFonts w:asciiTheme="majorHAnsi" w:hAnsiTheme="majorHAnsi" w:cstheme="majorHAnsi"/>
                <w:color w:val="000000"/>
                <w:sz w:val="24"/>
                <w:szCs w:val="24"/>
              </w:rPr>
              <w:t xml:space="preserve"> </w:t>
            </w:r>
            <w:sdt>
              <w:sdtPr>
                <w:rPr>
                  <w:rFonts w:asciiTheme="majorHAnsi" w:hAnsiTheme="majorHAnsi" w:cstheme="majorHAnsi"/>
                  <w:color w:val="000000"/>
                  <w:sz w:val="24"/>
                  <w:szCs w:val="24"/>
                </w:rPr>
                <w:id w:val="257336254"/>
                <w14:checkbox>
                  <w14:checked w14:val="0"/>
                  <w14:checkedState w14:val="0052" w14:font="Wingdings 2"/>
                  <w14:uncheckedState w14:val="2610" w14:font="MS Gothic"/>
                </w14:checkbox>
              </w:sdtPr>
              <w:sdtContent>
                <w:r w:rsidR="002C7C7B">
                  <w:rPr>
                    <w:rFonts w:ascii="MS Gothic" w:eastAsia="MS Gothic" w:hAnsi="MS Gothic" w:cstheme="majorHAnsi" w:hint="eastAsia"/>
                    <w:color w:val="000000"/>
                    <w:sz w:val="24"/>
                    <w:szCs w:val="24"/>
                  </w:rPr>
                  <w:t>☐</w:t>
                </w:r>
              </w:sdtContent>
            </w:sdt>
            <w:r w:rsidR="00C57940">
              <w:rPr>
                <w:rFonts w:asciiTheme="majorHAnsi" w:hAnsiTheme="majorHAnsi" w:cstheme="majorHAnsi"/>
                <w:color w:val="000000"/>
                <w:sz w:val="24"/>
                <w:szCs w:val="24"/>
              </w:rPr>
              <w:t xml:space="preserve"> </w:t>
            </w:r>
            <w:r w:rsidR="0098550F" w:rsidRPr="00B608C6">
              <w:rPr>
                <w:rFonts w:asciiTheme="majorHAnsi" w:hAnsiTheme="majorHAnsi" w:cstheme="majorHAnsi"/>
                <w:color w:val="000000"/>
                <w:sz w:val="24"/>
                <w:szCs w:val="24"/>
              </w:rPr>
              <w:t>Ms</w:t>
            </w:r>
            <w:r w:rsidR="00C57940">
              <w:rPr>
                <w:rFonts w:asciiTheme="majorHAnsi" w:hAnsiTheme="majorHAnsi" w:cstheme="majorHAnsi"/>
                <w:color w:val="000000"/>
                <w:sz w:val="24"/>
                <w:szCs w:val="24"/>
              </w:rPr>
              <w:t xml:space="preserve"> </w:t>
            </w:r>
            <w:sdt>
              <w:sdtPr>
                <w:rPr>
                  <w:rFonts w:asciiTheme="majorHAnsi" w:hAnsiTheme="majorHAnsi" w:cstheme="majorHAnsi"/>
                  <w:color w:val="000000"/>
                  <w:sz w:val="24"/>
                  <w:szCs w:val="24"/>
                </w:rPr>
                <w:id w:val="659811112"/>
                <w14:checkbox>
                  <w14:checked w14:val="0"/>
                  <w14:checkedState w14:val="0052" w14:font="Wingdings 2"/>
                  <w14:uncheckedState w14:val="2610" w14:font="MS Gothic"/>
                </w14:checkbox>
              </w:sdtPr>
              <w:sdtContent>
                <w:r w:rsidR="00C57940">
                  <w:rPr>
                    <w:rFonts w:ascii="MS Gothic" w:eastAsia="MS Gothic" w:hAnsi="MS Gothic" w:cstheme="majorHAnsi" w:hint="eastAsia"/>
                    <w:color w:val="000000"/>
                    <w:sz w:val="24"/>
                    <w:szCs w:val="24"/>
                  </w:rPr>
                  <w:t>☐</w:t>
                </w:r>
              </w:sdtContent>
            </w:sdt>
            <w:r w:rsidR="000661CA" w:rsidRPr="00B608C6">
              <w:rPr>
                <w:rFonts w:asciiTheme="majorHAnsi" w:hAnsiTheme="majorHAnsi" w:cstheme="majorHAnsi"/>
                <w:color w:val="000000"/>
                <w:sz w:val="24"/>
                <w:szCs w:val="24"/>
              </w:rPr>
              <w:t xml:space="preserve"> </w:t>
            </w:r>
            <w:r w:rsidR="0098550F" w:rsidRPr="00B608C6">
              <w:rPr>
                <w:rFonts w:asciiTheme="majorHAnsi" w:hAnsiTheme="majorHAnsi" w:cstheme="majorHAnsi"/>
                <w:color w:val="000000"/>
                <w:sz w:val="24"/>
                <w:szCs w:val="24"/>
              </w:rPr>
              <w:t>Dr</w:t>
            </w:r>
          </w:p>
          <w:p w14:paraId="34124283" w14:textId="5759A7FB" w:rsidR="0098550F" w:rsidRPr="00B608C6" w:rsidRDefault="00000000" w:rsidP="00E94154">
            <w:pPr>
              <w:pBdr>
                <w:top w:val="nil"/>
                <w:left w:val="nil"/>
                <w:bottom w:val="nil"/>
                <w:right w:val="nil"/>
                <w:between w:val="nil"/>
              </w:pBdr>
              <w:rPr>
                <w:rFonts w:asciiTheme="majorHAnsi" w:hAnsiTheme="majorHAnsi" w:cstheme="majorHAnsi"/>
                <w:color w:val="000000"/>
                <w:sz w:val="24"/>
                <w:szCs w:val="24"/>
              </w:rPr>
            </w:pPr>
            <w:sdt>
              <w:sdtPr>
                <w:rPr>
                  <w:rFonts w:asciiTheme="majorHAnsi" w:hAnsiTheme="majorHAnsi" w:cstheme="majorHAnsi"/>
                  <w:color w:val="000000"/>
                  <w:sz w:val="24"/>
                  <w:szCs w:val="24"/>
                </w:rPr>
                <w:id w:val="2055278570"/>
                <w14:checkbox>
                  <w14:checked w14:val="0"/>
                  <w14:checkedState w14:val="0052" w14:font="Wingdings 2"/>
                  <w14:uncheckedState w14:val="2610" w14:font="MS Gothic"/>
                </w14:checkbox>
              </w:sdtPr>
              <w:sdtContent>
                <w:r w:rsidR="00C57940">
                  <w:rPr>
                    <w:rFonts w:ascii="MS Gothic" w:eastAsia="MS Gothic" w:hAnsi="MS Gothic" w:cstheme="majorHAnsi" w:hint="eastAsia"/>
                    <w:color w:val="000000"/>
                    <w:sz w:val="24"/>
                    <w:szCs w:val="24"/>
                  </w:rPr>
                  <w:t>☐</w:t>
                </w:r>
              </w:sdtContent>
            </w:sdt>
            <w:r w:rsidR="00C57940">
              <w:rPr>
                <w:rFonts w:asciiTheme="majorHAnsi" w:hAnsiTheme="majorHAnsi" w:cstheme="majorHAnsi"/>
                <w:color w:val="000000"/>
                <w:sz w:val="24"/>
                <w:szCs w:val="24"/>
              </w:rPr>
              <w:t xml:space="preserve"> </w:t>
            </w:r>
            <w:r w:rsidR="0098550F" w:rsidRPr="00B608C6">
              <w:rPr>
                <w:rFonts w:asciiTheme="majorHAnsi" w:hAnsiTheme="majorHAnsi" w:cstheme="majorHAnsi"/>
                <w:color w:val="000000"/>
                <w:sz w:val="24"/>
                <w:szCs w:val="24"/>
              </w:rPr>
              <w:t xml:space="preserve">Other: </w:t>
            </w:r>
            <w:sdt>
              <w:sdtPr>
                <w:rPr>
                  <w:rFonts w:asciiTheme="majorHAnsi" w:hAnsiTheme="majorHAnsi" w:cstheme="majorHAnsi"/>
                  <w:color w:val="000000"/>
                  <w:sz w:val="24"/>
                  <w:szCs w:val="24"/>
                </w:rPr>
                <w:id w:val="1114632395"/>
                <w:placeholder>
                  <w:docPart w:val="DefaultPlaceholder_-1854013440"/>
                </w:placeholder>
                <w:showingPlcHdr/>
                <w:text/>
              </w:sdtPr>
              <w:sdtContent>
                <w:r w:rsidR="00986A49" w:rsidRPr="0085452A">
                  <w:rPr>
                    <w:rStyle w:val="PlaceholderText"/>
                  </w:rPr>
                  <w:t>Click or tap here to enter text.</w:t>
                </w:r>
              </w:sdtContent>
            </w:sdt>
          </w:p>
        </w:tc>
      </w:tr>
      <w:tr w:rsidR="0098550F" w:rsidRPr="00117369" w14:paraId="6934329E"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964" w:type="dxa"/>
            <w:vAlign w:val="center"/>
          </w:tcPr>
          <w:p w14:paraId="5F75FA16" w14:textId="5E83C8AC"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Date of Birth:</w:t>
            </w:r>
          </w:p>
        </w:tc>
        <w:sdt>
          <w:sdtPr>
            <w:rPr>
              <w:rFonts w:asciiTheme="majorHAnsi" w:hAnsiTheme="majorHAnsi" w:cstheme="majorHAnsi"/>
              <w:color w:val="000000"/>
              <w:sz w:val="24"/>
              <w:szCs w:val="24"/>
            </w:rPr>
            <w:id w:val="1789698981"/>
            <w:placeholder>
              <w:docPart w:val="A817BCDA6A8A4E5AB8246B1CBB343719"/>
            </w:placeholder>
            <w:showingPlcHdr/>
            <w:text/>
          </w:sdtPr>
          <w:sdtContent>
            <w:tc>
              <w:tcPr>
                <w:tcW w:w="6237" w:type="dxa"/>
                <w:gridSpan w:val="2"/>
                <w:vAlign w:val="center"/>
              </w:tcPr>
              <w:p w14:paraId="4C07FAFA" w14:textId="2BC62354" w:rsidR="0098550F" w:rsidRPr="00B608C6" w:rsidRDefault="00D632E8"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5B0FAC17"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964" w:type="dxa"/>
            <w:vAlign w:val="center"/>
          </w:tcPr>
          <w:p w14:paraId="1286C386" w14:textId="7B0D2118"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Nationality:</w:t>
            </w:r>
          </w:p>
        </w:tc>
        <w:sdt>
          <w:sdtPr>
            <w:rPr>
              <w:rFonts w:asciiTheme="majorHAnsi" w:hAnsiTheme="majorHAnsi" w:cstheme="majorHAnsi"/>
              <w:color w:val="000000"/>
              <w:sz w:val="24"/>
              <w:szCs w:val="24"/>
            </w:rPr>
            <w:id w:val="-224147850"/>
            <w:placeholder>
              <w:docPart w:val="1D10B3735FF84144B88E49D70E341BA9"/>
            </w:placeholder>
            <w:showingPlcHdr/>
            <w:text/>
          </w:sdtPr>
          <w:sdtContent>
            <w:tc>
              <w:tcPr>
                <w:tcW w:w="6237" w:type="dxa"/>
                <w:gridSpan w:val="2"/>
                <w:vAlign w:val="center"/>
              </w:tcPr>
              <w:p w14:paraId="5707A347" w14:textId="7A1892B5" w:rsidR="0098550F" w:rsidRPr="00B608C6" w:rsidRDefault="00D632E8"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64249BA6"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964" w:type="dxa"/>
            <w:vAlign w:val="center"/>
          </w:tcPr>
          <w:p w14:paraId="0349CB45" w14:textId="41BBA01D"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Current Position &amp; Organization:</w:t>
            </w:r>
          </w:p>
        </w:tc>
        <w:sdt>
          <w:sdtPr>
            <w:rPr>
              <w:rFonts w:asciiTheme="majorHAnsi" w:hAnsiTheme="majorHAnsi" w:cstheme="majorHAnsi"/>
              <w:color w:val="000000"/>
              <w:sz w:val="24"/>
              <w:szCs w:val="24"/>
            </w:rPr>
            <w:id w:val="-1820729544"/>
            <w:placeholder>
              <w:docPart w:val="680989DB012141D79884949E9B73BDA0"/>
            </w:placeholder>
            <w:showingPlcHdr/>
            <w:text/>
          </w:sdtPr>
          <w:sdtContent>
            <w:tc>
              <w:tcPr>
                <w:tcW w:w="6237" w:type="dxa"/>
                <w:gridSpan w:val="2"/>
                <w:vAlign w:val="center"/>
              </w:tcPr>
              <w:p w14:paraId="4107D289" w14:textId="65CA23F0" w:rsidR="0098550F" w:rsidRPr="00B608C6" w:rsidRDefault="00855C21"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327CB6F8"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964" w:type="dxa"/>
            <w:vAlign w:val="center"/>
          </w:tcPr>
          <w:p w14:paraId="6B7423E4" w14:textId="55FA3EE4"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Number of Years in Role:</w:t>
            </w:r>
          </w:p>
        </w:tc>
        <w:sdt>
          <w:sdtPr>
            <w:rPr>
              <w:rFonts w:asciiTheme="majorHAnsi" w:hAnsiTheme="majorHAnsi" w:cstheme="majorHAnsi"/>
              <w:color w:val="000000"/>
              <w:sz w:val="24"/>
              <w:szCs w:val="24"/>
            </w:rPr>
            <w:id w:val="-1784028768"/>
            <w:placeholder>
              <w:docPart w:val="B7B657F8665A44ABAD0496255C0A3D15"/>
            </w:placeholder>
            <w:showingPlcHdr/>
            <w:text/>
          </w:sdtPr>
          <w:sdtContent>
            <w:tc>
              <w:tcPr>
                <w:tcW w:w="6237" w:type="dxa"/>
                <w:gridSpan w:val="2"/>
                <w:vAlign w:val="center"/>
              </w:tcPr>
              <w:p w14:paraId="6191D3F1" w14:textId="1A7543A8" w:rsidR="0098550F" w:rsidRPr="00B608C6" w:rsidRDefault="00855C21"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3FF69163"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964" w:type="dxa"/>
            <w:vAlign w:val="center"/>
          </w:tcPr>
          <w:p w14:paraId="3AA668F1" w14:textId="7C4BA02B"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Phone Number:</w:t>
            </w:r>
          </w:p>
        </w:tc>
        <w:sdt>
          <w:sdtPr>
            <w:rPr>
              <w:rFonts w:asciiTheme="majorHAnsi" w:hAnsiTheme="majorHAnsi" w:cstheme="majorHAnsi"/>
              <w:color w:val="000000"/>
              <w:sz w:val="24"/>
              <w:szCs w:val="24"/>
            </w:rPr>
            <w:id w:val="1277370688"/>
            <w:placeholder>
              <w:docPart w:val="6E79601A8E2243A39A5B5234FEC647D3"/>
            </w:placeholder>
            <w:showingPlcHdr/>
            <w:text/>
          </w:sdtPr>
          <w:sdtContent>
            <w:tc>
              <w:tcPr>
                <w:tcW w:w="6237" w:type="dxa"/>
                <w:gridSpan w:val="2"/>
                <w:vAlign w:val="center"/>
              </w:tcPr>
              <w:p w14:paraId="1D14BF2B" w14:textId="6F3087FE" w:rsidR="0098550F" w:rsidRPr="00B608C6" w:rsidRDefault="00855C21" w:rsidP="00E94154">
                <w:pPr>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0C89142F"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964" w:type="dxa"/>
            <w:vAlign w:val="center"/>
          </w:tcPr>
          <w:p w14:paraId="7F437E56" w14:textId="38AB45B8"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Email Address:</w:t>
            </w:r>
          </w:p>
        </w:tc>
        <w:sdt>
          <w:sdtPr>
            <w:rPr>
              <w:rFonts w:asciiTheme="majorHAnsi" w:hAnsiTheme="majorHAnsi" w:cstheme="majorHAnsi"/>
              <w:color w:val="000000"/>
              <w:sz w:val="24"/>
              <w:szCs w:val="24"/>
            </w:rPr>
            <w:id w:val="-986856152"/>
            <w:placeholder>
              <w:docPart w:val="A504E5EDC26C46E18A8A8B9F6A919476"/>
            </w:placeholder>
            <w:showingPlcHdr/>
            <w:text/>
          </w:sdtPr>
          <w:sdtContent>
            <w:tc>
              <w:tcPr>
                <w:tcW w:w="6237" w:type="dxa"/>
                <w:gridSpan w:val="2"/>
                <w:vAlign w:val="center"/>
              </w:tcPr>
              <w:p w14:paraId="5B52A4CC" w14:textId="00116B06" w:rsidR="0098550F" w:rsidRPr="00B608C6" w:rsidRDefault="00855C21" w:rsidP="00E94154">
                <w:pPr>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28BC2D66"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964" w:type="dxa"/>
            <w:vAlign w:val="center"/>
          </w:tcPr>
          <w:p w14:paraId="5A207AF7" w14:textId="562673F3" w:rsidR="0098550F" w:rsidRPr="00B608C6" w:rsidRDefault="0098550F" w:rsidP="00E94154">
            <w:pPr>
              <w:spacing w:line="276" w:lineRule="auto"/>
              <w:rPr>
                <w:rFonts w:asciiTheme="majorHAnsi" w:hAnsiTheme="majorHAnsi" w:cstheme="majorHAnsi"/>
                <w:b/>
                <w:bCs/>
                <w:color w:val="000000"/>
                <w:sz w:val="24"/>
                <w:szCs w:val="24"/>
              </w:rPr>
            </w:pPr>
            <w:proofErr w:type="gramStart"/>
            <w:r w:rsidRPr="00B608C6">
              <w:rPr>
                <w:rFonts w:asciiTheme="majorHAnsi" w:hAnsiTheme="majorHAnsi" w:cstheme="majorHAnsi"/>
                <w:b/>
                <w:bCs/>
                <w:color w:val="000000"/>
                <w:sz w:val="24"/>
                <w:szCs w:val="24"/>
              </w:rPr>
              <w:t>Social Media</w:t>
            </w:r>
            <w:proofErr w:type="gramEnd"/>
            <w:r w:rsidRPr="00B608C6">
              <w:rPr>
                <w:rFonts w:asciiTheme="majorHAnsi" w:hAnsiTheme="majorHAnsi" w:cstheme="majorHAnsi"/>
                <w:b/>
                <w:bCs/>
                <w:color w:val="000000"/>
                <w:sz w:val="24"/>
                <w:szCs w:val="24"/>
              </w:rPr>
              <w:t>/Website (if relevant):</w:t>
            </w:r>
          </w:p>
        </w:tc>
        <w:sdt>
          <w:sdtPr>
            <w:rPr>
              <w:rFonts w:asciiTheme="majorHAnsi" w:hAnsiTheme="majorHAnsi" w:cstheme="majorHAnsi"/>
              <w:color w:val="000000"/>
              <w:sz w:val="24"/>
              <w:szCs w:val="24"/>
            </w:rPr>
            <w:id w:val="458533665"/>
            <w:placeholder>
              <w:docPart w:val="3E8A9366E1714E6292C4D86755DDEA5B"/>
            </w:placeholder>
            <w:showingPlcHdr/>
            <w:text/>
          </w:sdtPr>
          <w:sdtContent>
            <w:tc>
              <w:tcPr>
                <w:tcW w:w="6237" w:type="dxa"/>
                <w:gridSpan w:val="2"/>
                <w:vAlign w:val="center"/>
              </w:tcPr>
              <w:p w14:paraId="2B1A3DA8" w14:textId="3C21AB05" w:rsidR="0098550F" w:rsidRPr="00B608C6" w:rsidRDefault="00855C21" w:rsidP="00E94154">
                <w:pPr>
                  <w:rPr>
                    <w:rFonts w:asciiTheme="majorHAnsi" w:hAnsiTheme="majorHAnsi" w:cstheme="majorHAnsi"/>
                    <w:color w:val="000000"/>
                    <w:sz w:val="24"/>
                    <w:szCs w:val="24"/>
                  </w:rPr>
                </w:pPr>
                <w:r w:rsidRPr="0085452A">
                  <w:rPr>
                    <w:rStyle w:val="PlaceholderText"/>
                  </w:rPr>
                  <w:t>Click or tap here to enter text.</w:t>
                </w:r>
              </w:p>
            </w:tc>
          </w:sdtContent>
        </w:sdt>
      </w:tr>
      <w:tr w:rsidR="0098550F" w:rsidRPr="00117369" w14:paraId="42471FED"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964" w:type="dxa"/>
            <w:vAlign w:val="center"/>
          </w:tcPr>
          <w:p w14:paraId="11DE5995" w14:textId="5EE8B3D4" w:rsidR="0098550F" w:rsidRPr="00B608C6" w:rsidRDefault="0098550F" w:rsidP="00E94154">
            <w:pPr>
              <w:spacing w:line="276" w:lineRule="auto"/>
              <w:rPr>
                <w:rFonts w:asciiTheme="majorHAnsi" w:hAnsiTheme="majorHAnsi" w:cstheme="majorHAnsi"/>
                <w:b/>
                <w:bCs/>
                <w:color w:val="000000"/>
                <w:sz w:val="24"/>
                <w:szCs w:val="24"/>
              </w:rPr>
            </w:pPr>
            <w:r w:rsidRPr="00B608C6">
              <w:rPr>
                <w:rFonts w:asciiTheme="majorHAnsi" w:hAnsiTheme="majorHAnsi" w:cstheme="majorHAnsi"/>
                <w:b/>
                <w:bCs/>
                <w:color w:val="000000"/>
                <w:sz w:val="24"/>
                <w:szCs w:val="24"/>
              </w:rPr>
              <w:t>How did you hear about ABA 2025:</w:t>
            </w:r>
          </w:p>
        </w:tc>
        <w:sdt>
          <w:sdtPr>
            <w:rPr>
              <w:rFonts w:asciiTheme="majorHAnsi" w:hAnsiTheme="majorHAnsi" w:cstheme="majorHAnsi"/>
              <w:color w:val="000000"/>
              <w:sz w:val="24"/>
              <w:szCs w:val="24"/>
            </w:rPr>
            <w:id w:val="279154026"/>
            <w:placeholder>
              <w:docPart w:val="DCC0DCD1F6B7419A830164978F2B821A"/>
            </w:placeholder>
            <w:showingPlcHdr/>
            <w:text/>
          </w:sdtPr>
          <w:sdtContent>
            <w:tc>
              <w:tcPr>
                <w:tcW w:w="6237" w:type="dxa"/>
                <w:gridSpan w:val="2"/>
                <w:vAlign w:val="center"/>
              </w:tcPr>
              <w:p w14:paraId="1A1F6A8B" w14:textId="3EF5EDC2" w:rsidR="0098550F" w:rsidRPr="00B608C6" w:rsidRDefault="00855C21" w:rsidP="00E94154">
                <w:pPr>
                  <w:rPr>
                    <w:rFonts w:asciiTheme="majorHAnsi" w:hAnsiTheme="majorHAnsi" w:cstheme="majorHAnsi"/>
                    <w:color w:val="000000"/>
                    <w:sz w:val="24"/>
                    <w:szCs w:val="24"/>
                  </w:rPr>
                </w:pPr>
                <w:r w:rsidRPr="0085452A">
                  <w:rPr>
                    <w:rStyle w:val="PlaceholderText"/>
                  </w:rPr>
                  <w:t>Click or tap here to enter text.</w:t>
                </w:r>
              </w:p>
            </w:tc>
          </w:sdtContent>
        </w:sdt>
      </w:tr>
    </w:tbl>
    <w:p w14:paraId="512A0FAA" w14:textId="77777777" w:rsidR="00FE12C3" w:rsidRDefault="00FE12C3">
      <w:r>
        <w:rPr>
          <w:b/>
          <w:bCs/>
        </w:rPr>
        <w:br w:type="page"/>
      </w:r>
    </w:p>
    <w:tbl>
      <w:tblPr>
        <w:tblStyle w:val="TableGrid"/>
        <w:tblW w:w="0" w:type="auto"/>
        <w:tblBorders>
          <w:top w:val="single" w:sz="4" w:space="0" w:color="E0B95A"/>
          <w:left w:val="single" w:sz="4" w:space="0" w:color="E0B95A"/>
          <w:bottom w:val="single" w:sz="4" w:space="0" w:color="E0B95A"/>
          <w:right w:val="single" w:sz="4" w:space="0" w:color="E0B95A"/>
          <w:insideH w:val="none" w:sz="0" w:space="0" w:color="auto"/>
          <w:insideV w:val="none" w:sz="0" w:space="0" w:color="auto"/>
        </w:tblBorders>
        <w:tblLook w:val="04A0" w:firstRow="1" w:lastRow="0" w:firstColumn="1" w:lastColumn="0" w:noHBand="0" w:noVBand="1"/>
      </w:tblPr>
      <w:tblGrid>
        <w:gridCol w:w="5669"/>
      </w:tblGrid>
      <w:tr w:rsidR="00B608C6" w14:paraId="3B7D709E" w14:textId="77777777" w:rsidTr="4687FBED">
        <w:trPr>
          <w:trHeight w:val="567"/>
        </w:trPr>
        <w:tc>
          <w:tcPr>
            <w:tcW w:w="5669" w:type="dxa"/>
            <w:shd w:val="clear" w:color="auto" w:fill="000000" w:themeFill="text1"/>
            <w:vAlign w:val="center"/>
          </w:tcPr>
          <w:p w14:paraId="7D0ECA8D" w14:textId="0E904EC2" w:rsidR="00B608C6" w:rsidRPr="001707A8" w:rsidRDefault="37843ADF" w:rsidP="4687FBED">
            <w:pPr>
              <w:pStyle w:val="Heading1"/>
              <w:spacing w:before="0"/>
              <w:rPr>
                <w:color w:val="E0B95A"/>
              </w:rPr>
            </w:pPr>
            <w:r w:rsidRPr="4687FBED">
              <w:rPr>
                <w:color w:val="E0B95A"/>
              </w:rPr>
              <w:lastRenderedPageBreak/>
              <w:t>B. Supporting Details for Company</w:t>
            </w:r>
            <w:r w:rsidR="32F3CCE0" w:rsidRPr="4687FBED">
              <w:rPr>
                <w:color w:val="E0B95A"/>
              </w:rPr>
              <w:t>/ Individual</w:t>
            </w:r>
          </w:p>
        </w:tc>
      </w:tr>
    </w:tbl>
    <w:p w14:paraId="7D19AB89" w14:textId="7DE5F836" w:rsidR="00B608C6" w:rsidRDefault="00B608C6" w:rsidP="00B96839">
      <w:pPr>
        <w:spacing w:after="0"/>
        <w:rPr>
          <w:rFonts w:asciiTheme="majorHAnsi" w:hAnsiTheme="majorHAnsi" w:cstheme="majorHAnsi"/>
          <w:i/>
          <w:iCs/>
          <w:sz w:val="24"/>
          <w:szCs w:val="24"/>
        </w:rPr>
      </w:pPr>
      <w:r w:rsidRPr="00E94154">
        <w:rPr>
          <w:rFonts w:asciiTheme="majorHAnsi" w:hAnsiTheme="majorHAnsi" w:cstheme="majorHAnsi"/>
          <w:i/>
          <w:iCs/>
          <w:sz w:val="24"/>
          <w:szCs w:val="24"/>
        </w:rPr>
        <w:t>If applying for a company award, complete Section B1.</w:t>
      </w:r>
      <w:r w:rsidRPr="00E94154">
        <w:rPr>
          <w:rFonts w:asciiTheme="majorHAnsi" w:hAnsiTheme="majorHAnsi" w:cstheme="majorHAnsi"/>
          <w:i/>
          <w:iCs/>
          <w:sz w:val="24"/>
          <w:szCs w:val="24"/>
        </w:rPr>
        <w:br/>
        <w:t>If applying for an individual award, complete Section B2.</w:t>
      </w:r>
    </w:p>
    <w:p w14:paraId="6A042A45" w14:textId="77777777" w:rsidR="00E94154" w:rsidRPr="00E94154" w:rsidRDefault="00E94154" w:rsidP="00B96839">
      <w:pPr>
        <w:spacing w:after="0" w:line="240" w:lineRule="auto"/>
        <w:rPr>
          <w:rFonts w:asciiTheme="majorHAnsi" w:hAnsiTheme="majorHAnsi" w:cstheme="majorHAnsi"/>
          <w:i/>
          <w:iCs/>
          <w:sz w:val="24"/>
          <w:szCs w:val="24"/>
        </w:rPr>
      </w:pPr>
    </w:p>
    <w:tbl>
      <w:tblPr>
        <w:tblStyle w:val="TableGrid"/>
        <w:tblW w:w="10627" w:type="dxa"/>
        <w:tblBorders>
          <w:top w:val="single" w:sz="4" w:space="0" w:color="E0B95A"/>
          <w:left w:val="single" w:sz="4" w:space="0" w:color="E0B95A"/>
          <w:bottom w:val="single" w:sz="4" w:space="0" w:color="E0B95A"/>
          <w:right w:val="single" w:sz="4" w:space="0" w:color="E0B95A"/>
          <w:insideH w:val="none" w:sz="0" w:space="0" w:color="auto"/>
          <w:insideV w:val="none" w:sz="0" w:space="0" w:color="auto"/>
        </w:tblBorders>
        <w:tblLook w:val="04A0" w:firstRow="1" w:lastRow="0" w:firstColumn="1" w:lastColumn="0" w:noHBand="0" w:noVBand="1"/>
      </w:tblPr>
      <w:tblGrid>
        <w:gridCol w:w="3256"/>
        <w:gridCol w:w="1559"/>
        <w:gridCol w:w="1988"/>
        <w:gridCol w:w="3824"/>
      </w:tblGrid>
      <w:tr w:rsidR="00855C21" w14:paraId="3E015DE1" w14:textId="77777777" w:rsidTr="00E94154">
        <w:trPr>
          <w:gridAfter w:val="1"/>
          <w:wAfter w:w="3824" w:type="dxa"/>
          <w:trHeight w:val="567"/>
        </w:trPr>
        <w:tc>
          <w:tcPr>
            <w:tcW w:w="6803" w:type="dxa"/>
            <w:gridSpan w:val="3"/>
            <w:shd w:val="clear" w:color="auto" w:fill="000000" w:themeFill="text1"/>
            <w:vAlign w:val="center"/>
          </w:tcPr>
          <w:p w14:paraId="1DBB859B" w14:textId="65F811F8" w:rsidR="00B608C6" w:rsidRPr="001707A8" w:rsidRDefault="00B608C6" w:rsidP="000661CA">
            <w:pPr>
              <w:pStyle w:val="Heading1"/>
              <w:spacing w:before="0"/>
              <w:rPr>
                <w:rFonts w:cstheme="majorHAnsi"/>
                <w:color w:val="E0B95A"/>
              </w:rPr>
            </w:pPr>
            <w:bookmarkStart w:id="0" w:name="_Hlk197252566"/>
            <w:r>
              <w:rPr>
                <w:rFonts w:cstheme="majorHAnsi"/>
                <w:color w:val="E0B95A"/>
              </w:rPr>
              <w:t>B1. Supporting Details (For Business Awards Nominee)</w:t>
            </w:r>
          </w:p>
        </w:tc>
      </w:tr>
      <w:bookmarkEnd w:id="0"/>
      <w:tr w:rsidR="00855C21" w:rsidRPr="00117369" w14:paraId="08B8E22E"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256" w:type="dxa"/>
          </w:tcPr>
          <w:p w14:paraId="0A68C9F9" w14:textId="433D5BE1" w:rsidR="0016260C" w:rsidRPr="00E94154" w:rsidRDefault="00DF1A89" w:rsidP="00FE12C3">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t>Business Description</w:t>
            </w:r>
          </w:p>
          <w:p w14:paraId="02F05E3B" w14:textId="462EE907" w:rsidR="003B6F58" w:rsidRPr="00E94154" w:rsidRDefault="003B6F58" w:rsidP="00FE12C3">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t>(</w:t>
            </w:r>
            <w:r w:rsidR="00BA3901">
              <w:rPr>
                <w:rFonts w:asciiTheme="majorHAnsi" w:hAnsiTheme="majorHAnsi" w:cstheme="majorHAnsi"/>
                <w:color w:val="000000"/>
                <w:sz w:val="24"/>
                <w:szCs w:val="24"/>
              </w:rPr>
              <w:t>m</w:t>
            </w:r>
            <w:r w:rsidRPr="00E94154">
              <w:rPr>
                <w:rFonts w:asciiTheme="majorHAnsi" w:hAnsiTheme="majorHAnsi" w:cstheme="majorHAnsi"/>
                <w:color w:val="000000"/>
                <w:sz w:val="24"/>
                <w:szCs w:val="24"/>
              </w:rPr>
              <w:t>ax. 150 words)</w:t>
            </w:r>
            <w:r w:rsidR="00DF1A89" w:rsidRPr="00E94154">
              <w:rPr>
                <w:rFonts w:asciiTheme="majorHAnsi" w:hAnsiTheme="majorHAnsi" w:cstheme="majorHAnsi"/>
                <w:color w:val="000000"/>
                <w:sz w:val="24"/>
                <w:szCs w:val="24"/>
              </w:rPr>
              <w:t>.</w:t>
            </w:r>
          </w:p>
        </w:tc>
        <w:sdt>
          <w:sdtPr>
            <w:rPr>
              <w:rFonts w:asciiTheme="majorHAnsi" w:hAnsiTheme="majorHAnsi" w:cstheme="majorHAnsi"/>
              <w:color w:val="000000"/>
              <w:sz w:val="24"/>
              <w:szCs w:val="24"/>
            </w:rPr>
            <w:id w:val="-1242482649"/>
            <w:placeholder>
              <w:docPart w:val="DBCEBACB0DD74161A4D13F6629E1037E"/>
            </w:placeholder>
            <w:showingPlcHdr/>
          </w:sdtPr>
          <w:sdtContent>
            <w:tc>
              <w:tcPr>
                <w:tcW w:w="7371" w:type="dxa"/>
                <w:gridSpan w:val="3"/>
              </w:tcPr>
              <w:p w14:paraId="5A5BA43F" w14:textId="5F9B6AB5" w:rsidR="003B6F58" w:rsidRPr="00E94154" w:rsidRDefault="002C7C7B" w:rsidP="00FE12C3">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2C21675C"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256" w:type="dxa"/>
          </w:tcPr>
          <w:p w14:paraId="393CE698" w14:textId="471CFB3A" w:rsidR="00DF1A89" w:rsidRPr="00E94154" w:rsidRDefault="003B6F58" w:rsidP="00DF1A89">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t>Strategic Contribution to ASEAN Development &amp; Regional</w:t>
            </w:r>
            <w:r w:rsidR="00DF1A89" w:rsidRPr="00E94154">
              <w:rPr>
                <w:rFonts w:asciiTheme="majorHAnsi" w:hAnsiTheme="majorHAnsi" w:cstheme="majorHAnsi"/>
                <w:color w:val="000000"/>
                <w:sz w:val="24"/>
                <w:szCs w:val="24"/>
              </w:rPr>
              <w:t xml:space="preserve"> Integration </w:t>
            </w:r>
            <w:r w:rsidR="00BA3901">
              <w:rPr>
                <w:rFonts w:asciiTheme="majorHAnsi" w:hAnsiTheme="majorHAnsi" w:cstheme="majorHAnsi"/>
                <w:color w:val="000000"/>
                <w:sz w:val="24"/>
                <w:szCs w:val="24"/>
              </w:rPr>
              <w:br/>
            </w:r>
            <w:r w:rsidR="00DF1A89" w:rsidRPr="00E94154">
              <w:rPr>
                <w:rFonts w:asciiTheme="majorHAnsi" w:hAnsiTheme="majorHAnsi" w:cstheme="majorHAnsi"/>
                <w:color w:val="000000"/>
                <w:sz w:val="24"/>
                <w:szCs w:val="24"/>
              </w:rPr>
              <w:t>(max. 500 words)</w:t>
            </w:r>
          </w:p>
          <w:p w14:paraId="3F63717E" w14:textId="7EEF0420" w:rsidR="003B6F58" w:rsidRPr="00E94154" w:rsidRDefault="003B6F58" w:rsidP="003B6F58">
            <w:pPr>
              <w:pBdr>
                <w:top w:val="nil"/>
                <w:left w:val="nil"/>
                <w:bottom w:val="nil"/>
                <w:right w:val="nil"/>
                <w:between w:val="nil"/>
              </w:pBdr>
              <w:rPr>
                <w:rFonts w:asciiTheme="majorHAnsi" w:hAnsiTheme="majorHAnsi" w:cstheme="majorHAnsi"/>
                <w:color w:val="000000"/>
                <w:sz w:val="24"/>
                <w:szCs w:val="24"/>
              </w:rPr>
            </w:pPr>
          </w:p>
        </w:tc>
        <w:sdt>
          <w:sdtPr>
            <w:rPr>
              <w:rFonts w:asciiTheme="majorHAnsi" w:hAnsiTheme="majorHAnsi" w:cstheme="majorHAnsi"/>
              <w:color w:val="000000"/>
              <w:sz w:val="24"/>
              <w:szCs w:val="24"/>
            </w:rPr>
            <w:id w:val="748463452"/>
            <w:placeholder>
              <w:docPart w:val="0AA0C728BDF74AF4AB5EE0BD6549FD7D"/>
            </w:placeholder>
            <w:showingPlcHdr/>
          </w:sdtPr>
          <w:sdtContent>
            <w:tc>
              <w:tcPr>
                <w:tcW w:w="7371" w:type="dxa"/>
                <w:gridSpan w:val="3"/>
              </w:tcPr>
              <w:p w14:paraId="6505D74C" w14:textId="1093804B" w:rsidR="003B6F58" w:rsidRPr="00E94154" w:rsidRDefault="00855C21" w:rsidP="00855C21">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4D6CC955"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256" w:type="dxa"/>
          </w:tcPr>
          <w:p w14:paraId="2E91A201" w14:textId="414339C5" w:rsidR="00DF1A89" w:rsidRPr="00E94154" w:rsidRDefault="00DF1A89" w:rsidP="00DF1A89">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t>Key Personnel (CEO/CFO and Shareholders, if applicable)</w:t>
            </w:r>
          </w:p>
        </w:tc>
        <w:sdt>
          <w:sdtPr>
            <w:rPr>
              <w:rFonts w:asciiTheme="majorHAnsi" w:hAnsiTheme="majorHAnsi" w:cstheme="majorHAnsi"/>
              <w:color w:val="000000"/>
              <w:sz w:val="24"/>
              <w:szCs w:val="24"/>
            </w:rPr>
            <w:id w:val="-1682275037"/>
            <w:placeholder>
              <w:docPart w:val="3F8E92ED6A734A559AB492296F4BD447"/>
            </w:placeholder>
            <w:showingPlcHdr/>
          </w:sdtPr>
          <w:sdtContent>
            <w:tc>
              <w:tcPr>
                <w:tcW w:w="7371" w:type="dxa"/>
                <w:gridSpan w:val="3"/>
              </w:tcPr>
              <w:p w14:paraId="2400CAB2" w14:textId="7B1506D9" w:rsidR="00DF1A89" w:rsidRPr="00E94154" w:rsidRDefault="00855C21" w:rsidP="003B6F58">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609969A8"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256" w:type="dxa"/>
          </w:tcPr>
          <w:p w14:paraId="4DAB4C97" w14:textId="1E97CD17" w:rsidR="00DF1A89" w:rsidRPr="00E94154" w:rsidRDefault="00DF1A89" w:rsidP="00DF1A89">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t>Top 3 ASEAN countries for raw materials/services sourcing and final product/service export</w:t>
            </w:r>
          </w:p>
        </w:tc>
        <w:sdt>
          <w:sdtPr>
            <w:rPr>
              <w:rFonts w:asciiTheme="majorHAnsi" w:hAnsiTheme="majorHAnsi" w:cstheme="majorHAnsi"/>
              <w:color w:val="000000"/>
              <w:sz w:val="24"/>
              <w:szCs w:val="24"/>
            </w:rPr>
            <w:id w:val="-968516361"/>
            <w:placeholder>
              <w:docPart w:val="89BFE7A288BA4F1797E707386509CBFA"/>
            </w:placeholder>
            <w:showingPlcHdr/>
          </w:sdtPr>
          <w:sdtContent>
            <w:tc>
              <w:tcPr>
                <w:tcW w:w="7371" w:type="dxa"/>
                <w:gridSpan w:val="3"/>
              </w:tcPr>
              <w:p w14:paraId="3FA60EFA" w14:textId="0675B3F1" w:rsidR="00DF1A89" w:rsidRPr="00E94154" w:rsidRDefault="00855C21" w:rsidP="003B6F58">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F30E5E" w:rsidRPr="00117369" w14:paraId="5BCE179A" w14:textId="77777777" w:rsidTr="00066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627" w:type="dxa"/>
            <w:gridSpan w:val="4"/>
          </w:tcPr>
          <w:p w14:paraId="43C79C90" w14:textId="71E7C79C" w:rsidR="00F30E5E" w:rsidRPr="00CB089E" w:rsidRDefault="00F30E5E" w:rsidP="00CB089E">
            <w:pPr>
              <w:pBdr>
                <w:top w:val="nil"/>
                <w:left w:val="nil"/>
                <w:bottom w:val="nil"/>
                <w:right w:val="nil"/>
                <w:between w:val="nil"/>
              </w:pBdr>
              <w:rPr>
                <w:rFonts w:asciiTheme="majorHAnsi" w:hAnsiTheme="majorHAnsi" w:cstheme="majorHAnsi"/>
                <w:i/>
                <w:iCs/>
                <w:color w:val="000000"/>
                <w:sz w:val="24"/>
                <w:szCs w:val="24"/>
              </w:rPr>
            </w:pPr>
            <w:r w:rsidRPr="00F30E5E">
              <w:rPr>
                <w:rFonts w:asciiTheme="majorHAnsi" w:hAnsiTheme="majorHAnsi" w:cstheme="majorHAnsi"/>
                <w:b/>
                <w:bCs/>
                <w:color w:val="000000"/>
                <w:sz w:val="24"/>
                <w:szCs w:val="24"/>
              </w:rPr>
              <w:t>Financial Overview (in USD)</w:t>
            </w:r>
            <w:r>
              <w:rPr>
                <w:rFonts w:asciiTheme="majorHAnsi" w:hAnsiTheme="majorHAnsi" w:cstheme="majorHAnsi"/>
                <w:b/>
                <w:bCs/>
                <w:color w:val="000000"/>
                <w:sz w:val="24"/>
                <w:szCs w:val="24"/>
              </w:rPr>
              <w:t xml:space="preserve"> </w:t>
            </w:r>
            <w:r w:rsidRPr="00F30E5E">
              <w:rPr>
                <w:rFonts w:asciiTheme="majorHAnsi" w:hAnsiTheme="majorHAnsi" w:cstheme="majorHAnsi"/>
                <w:i/>
                <w:iCs/>
                <w:color w:val="000000"/>
                <w:sz w:val="24"/>
                <w:szCs w:val="24"/>
              </w:rPr>
              <w:t>*</w:t>
            </w:r>
            <w:r w:rsidR="00CB089E" w:rsidRPr="00CB089E">
              <w:rPr>
                <w:rFonts w:asciiTheme="majorHAnsi" w:hAnsiTheme="majorHAnsi" w:cstheme="majorHAnsi"/>
                <w:i/>
                <w:iCs/>
                <w:color w:val="000000"/>
                <w:sz w:val="24"/>
                <w:szCs w:val="24"/>
              </w:rPr>
              <w:t>Please provide supporting documents for the information provided. All financial information must be in USD</w:t>
            </w:r>
          </w:p>
        </w:tc>
      </w:tr>
      <w:tr w:rsidR="00855C21" w:rsidRPr="00117369" w14:paraId="59F13E0F" w14:textId="77777777" w:rsidTr="00F3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256" w:type="dxa"/>
            <w:vMerge w:val="restart"/>
          </w:tcPr>
          <w:p w14:paraId="19BA673D" w14:textId="16434CCB" w:rsidR="00D66D96" w:rsidRPr="00E94154" w:rsidRDefault="00D66D96" w:rsidP="00DF1A89">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Annual Revenue</w:t>
            </w:r>
          </w:p>
        </w:tc>
        <w:tc>
          <w:tcPr>
            <w:tcW w:w="1559" w:type="dxa"/>
            <w:vAlign w:val="center"/>
          </w:tcPr>
          <w:p w14:paraId="0ABBD653" w14:textId="721BD6B2" w:rsidR="00D66D96" w:rsidRPr="00E94154" w:rsidRDefault="00D66D96" w:rsidP="00F30E5E">
            <w:pPr>
              <w:pBdr>
                <w:top w:val="nil"/>
                <w:left w:val="nil"/>
                <w:bottom w:val="nil"/>
                <w:right w:val="nil"/>
                <w:between w:val="nil"/>
              </w:pBdr>
              <w:spacing w:line="360" w:lineRule="auto"/>
              <w:jc w:val="center"/>
              <w:rPr>
                <w:rFonts w:asciiTheme="majorHAnsi" w:hAnsiTheme="majorHAnsi" w:cstheme="majorHAnsi"/>
                <w:color w:val="000000"/>
                <w:sz w:val="24"/>
                <w:szCs w:val="24"/>
              </w:rPr>
            </w:pPr>
            <w:r>
              <w:rPr>
                <w:rFonts w:asciiTheme="majorHAnsi" w:hAnsiTheme="majorHAnsi" w:cstheme="majorHAnsi"/>
                <w:color w:val="000000"/>
                <w:sz w:val="24"/>
                <w:szCs w:val="24"/>
              </w:rPr>
              <w:t>2023</w:t>
            </w:r>
          </w:p>
        </w:tc>
        <w:sdt>
          <w:sdtPr>
            <w:rPr>
              <w:rFonts w:asciiTheme="majorHAnsi" w:hAnsiTheme="majorHAnsi" w:cstheme="majorHAnsi"/>
              <w:color w:val="000000"/>
              <w:sz w:val="24"/>
              <w:szCs w:val="24"/>
            </w:rPr>
            <w:id w:val="1376347952"/>
            <w:placeholder>
              <w:docPart w:val="A035ED190B2F41F984CBF386A6DF44CE"/>
            </w:placeholder>
            <w:showingPlcHdr/>
          </w:sdtPr>
          <w:sdtContent>
            <w:tc>
              <w:tcPr>
                <w:tcW w:w="5812" w:type="dxa"/>
                <w:gridSpan w:val="2"/>
              </w:tcPr>
              <w:p w14:paraId="1F173FA4" w14:textId="0390E1D2" w:rsidR="00D66D96" w:rsidRPr="00E94154" w:rsidRDefault="00855C21" w:rsidP="003B6F58">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5559C4AB" w14:textId="77777777" w:rsidTr="00F3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256" w:type="dxa"/>
            <w:vMerge/>
          </w:tcPr>
          <w:p w14:paraId="20B53553" w14:textId="77777777" w:rsidR="00D66D96" w:rsidRPr="00E94154" w:rsidRDefault="00D66D96" w:rsidP="00DF1A89">
            <w:pPr>
              <w:pBdr>
                <w:top w:val="nil"/>
                <w:left w:val="nil"/>
                <w:bottom w:val="nil"/>
                <w:right w:val="nil"/>
                <w:between w:val="nil"/>
              </w:pBdr>
              <w:rPr>
                <w:rFonts w:asciiTheme="majorHAnsi" w:hAnsiTheme="majorHAnsi" w:cstheme="majorHAnsi"/>
                <w:color w:val="000000"/>
                <w:sz w:val="24"/>
                <w:szCs w:val="24"/>
              </w:rPr>
            </w:pPr>
          </w:p>
        </w:tc>
        <w:tc>
          <w:tcPr>
            <w:tcW w:w="1559" w:type="dxa"/>
            <w:vAlign w:val="center"/>
          </w:tcPr>
          <w:p w14:paraId="62CB74D0" w14:textId="6C50BDAB" w:rsidR="00D66D96" w:rsidRPr="00E94154" w:rsidRDefault="00D66D96" w:rsidP="00F30E5E">
            <w:pPr>
              <w:pBdr>
                <w:top w:val="nil"/>
                <w:left w:val="nil"/>
                <w:bottom w:val="nil"/>
                <w:right w:val="nil"/>
                <w:between w:val="nil"/>
              </w:pBdr>
              <w:spacing w:line="360" w:lineRule="auto"/>
              <w:jc w:val="center"/>
              <w:rPr>
                <w:rFonts w:asciiTheme="majorHAnsi" w:hAnsiTheme="majorHAnsi" w:cstheme="majorHAnsi"/>
                <w:color w:val="000000"/>
                <w:sz w:val="24"/>
                <w:szCs w:val="24"/>
              </w:rPr>
            </w:pPr>
            <w:r>
              <w:rPr>
                <w:rFonts w:asciiTheme="majorHAnsi" w:hAnsiTheme="majorHAnsi" w:cstheme="majorHAnsi"/>
                <w:color w:val="000000"/>
                <w:sz w:val="24"/>
                <w:szCs w:val="24"/>
              </w:rPr>
              <w:t>2024</w:t>
            </w:r>
          </w:p>
        </w:tc>
        <w:sdt>
          <w:sdtPr>
            <w:rPr>
              <w:rFonts w:asciiTheme="majorHAnsi" w:hAnsiTheme="majorHAnsi" w:cstheme="majorHAnsi"/>
              <w:color w:val="000000"/>
              <w:sz w:val="24"/>
              <w:szCs w:val="24"/>
            </w:rPr>
            <w:id w:val="-401524270"/>
            <w:placeholder>
              <w:docPart w:val="294E3B911A58454A923E42E047C65FAF"/>
            </w:placeholder>
            <w:showingPlcHdr/>
          </w:sdtPr>
          <w:sdtContent>
            <w:tc>
              <w:tcPr>
                <w:tcW w:w="5812" w:type="dxa"/>
                <w:gridSpan w:val="2"/>
              </w:tcPr>
              <w:p w14:paraId="324D2A3A" w14:textId="45562F5E" w:rsidR="00D66D96" w:rsidRPr="00E94154" w:rsidRDefault="00855C21" w:rsidP="003B6F58">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36B54D13" w14:textId="77777777" w:rsidTr="00F3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256" w:type="dxa"/>
            <w:vMerge w:val="restart"/>
          </w:tcPr>
          <w:p w14:paraId="4545B936" w14:textId="6127A651" w:rsidR="00D66D96" w:rsidRPr="00E94154" w:rsidRDefault="00D66D96" w:rsidP="00F30E5E">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Profit Growth %</w:t>
            </w:r>
          </w:p>
        </w:tc>
        <w:tc>
          <w:tcPr>
            <w:tcW w:w="1559" w:type="dxa"/>
            <w:vAlign w:val="center"/>
          </w:tcPr>
          <w:p w14:paraId="1EDF349F" w14:textId="03643442" w:rsidR="00D66D96" w:rsidRDefault="00D66D96" w:rsidP="00F30E5E">
            <w:pPr>
              <w:pBdr>
                <w:top w:val="nil"/>
                <w:left w:val="nil"/>
                <w:bottom w:val="nil"/>
                <w:right w:val="nil"/>
                <w:between w:val="nil"/>
              </w:pBdr>
              <w:spacing w:line="360" w:lineRule="auto"/>
              <w:jc w:val="center"/>
              <w:rPr>
                <w:rFonts w:asciiTheme="majorHAnsi" w:hAnsiTheme="majorHAnsi" w:cstheme="majorHAnsi"/>
                <w:color w:val="000000"/>
                <w:sz w:val="24"/>
                <w:szCs w:val="24"/>
              </w:rPr>
            </w:pPr>
            <w:r>
              <w:rPr>
                <w:rFonts w:asciiTheme="majorHAnsi" w:hAnsiTheme="majorHAnsi" w:cstheme="majorHAnsi"/>
                <w:color w:val="000000"/>
                <w:sz w:val="24"/>
                <w:szCs w:val="24"/>
              </w:rPr>
              <w:t>2023</w:t>
            </w:r>
          </w:p>
        </w:tc>
        <w:sdt>
          <w:sdtPr>
            <w:rPr>
              <w:rFonts w:asciiTheme="majorHAnsi" w:hAnsiTheme="majorHAnsi" w:cstheme="majorHAnsi"/>
              <w:color w:val="000000"/>
              <w:sz w:val="24"/>
              <w:szCs w:val="24"/>
            </w:rPr>
            <w:id w:val="490451165"/>
            <w:placeholder>
              <w:docPart w:val="468B4596D48C4DBF9832DBD7AC4C0624"/>
            </w:placeholder>
            <w:showingPlcHdr/>
          </w:sdtPr>
          <w:sdtContent>
            <w:tc>
              <w:tcPr>
                <w:tcW w:w="5812" w:type="dxa"/>
                <w:gridSpan w:val="2"/>
              </w:tcPr>
              <w:p w14:paraId="73F26FBB" w14:textId="3843440A" w:rsidR="00D66D96"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03678618" w14:textId="77777777" w:rsidTr="00F3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256" w:type="dxa"/>
            <w:vMerge/>
          </w:tcPr>
          <w:p w14:paraId="13F7B6DE" w14:textId="77777777" w:rsidR="00D66D96" w:rsidRPr="00E94154" w:rsidRDefault="00D66D96" w:rsidP="00F30E5E">
            <w:pPr>
              <w:pBdr>
                <w:top w:val="nil"/>
                <w:left w:val="nil"/>
                <w:bottom w:val="nil"/>
                <w:right w:val="nil"/>
                <w:between w:val="nil"/>
              </w:pBdr>
              <w:rPr>
                <w:rFonts w:asciiTheme="majorHAnsi" w:hAnsiTheme="majorHAnsi" w:cstheme="majorHAnsi"/>
                <w:color w:val="000000"/>
                <w:sz w:val="24"/>
                <w:szCs w:val="24"/>
              </w:rPr>
            </w:pPr>
          </w:p>
        </w:tc>
        <w:tc>
          <w:tcPr>
            <w:tcW w:w="1559" w:type="dxa"/>
            <w:vAlign w:val="center"/>
          </w:tcPr>
          <w:p w14:paraId="212F317A" w14:textId="36358C76" w:rsidR="00D66D96" w:rsidRDefault="00D66D96" w:rsidP="00F30E5E">
            <w:pPr>
              <w:pBdr>
                <w:top w:val="nil"/>
                <w:left w:val="nil"/>
                <w:bottom w:val="nil"/>
                <w:right w:val="nil"/>
                <w:between w:val="nil"/>
              </w:pBdr>
              <w:spacing w:line="360" w:lineRule="auto"/>
              <w:jc w:val="center"/>
              <w:rPr>
                <w:rFonts w:asciiTheme="majorHAnsi" w:hAnsiTheme="majorHAnsi" w:cstheme="majorHAnsi"/>
                <w:color w:val="000000"/>
                <w:sz w:val="24"/>
                <w:szCs w:val="24"/>
              </w:rPr>
            </w:pPr>
            <w:r>
              <w:rPr>
                <w:rFonts w:asciiTheme="majorHAnsi" w:hAnsiTheme="majorHAnsi" w:cstheme="majorHAnsi"/>
                <w:color w:val="000000"/>
                <w:sz w:val="24"/>
                <w:szCs w:val="24"/>
              </w:rPr>
              <w:t>2024</w:t>
            </w:r>
          </w:p>
        </w:tc>
        <w:sdt>
          <w:sdtPr>
            <w:rPr>
              <w:rFonts w:asciiTheme="majorHAnsi" w:hAnsiTheme="majorHAnsi" w:cstheme="majorHAnsi"/>
              <w:color w:val="000000"/>
              <w:sz w:val="24"/>
              <w:szCs w:val="24"/>
            </w:rPr>
            <w:id w:val="587890103"/>
            <w:placeholder>
              <w:docPart w:val="5EF9E2567EEF414AB3278954A699A915"/>
            </w:placeholder>
            <w:showingPlcHdr/>
          </w:sdtPr>
          <w:sdtContent>
            <w:tc>
              <w:tcPr>
                <w:tcW w:w="5812" w:type="dxa"/>
                <w:gridSpan w:val="2"/>
              </w:tcPr>
              <w:p w14:paraId="2A89CC18" w14:textId="199E4522" w:rsidR="00D66D96"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269C29D3" w14:textId="77777777" w:rsidTr="00F3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256" w:type="dxa"/>
            <w:vMerge w:val="restart"/>
          </w:tcPr>
          <w:p w14:paraId="3590043C" w14:textId="29D7F28D" w:rsidR="00D66D96" w:rsidRPr="00E94154" w:rsidRDefault="00D66D96" w:rsidP="00F30E5E">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Asset Growth %</w:t>
            </w:r>
          </w:p>
        </w:tc>
        <w:tc>
          <w:tcPr>
            <w:tcW w:w="1559" w:type="dxa"/>
            <w:vAlign w:val="center"/>
          </w:tcPr>
          <w:p w14:paraId="70FF5081" w14:textId="524121C4" w:rsidR="00D66D96" w:rsidRDefault="00D66D96" w:rsidP="00F30E5E">
            <w:pPr>
              <w:pBdr>
                <w:top w:val="nil"/>
                <w:left w:val="nil"/>
                <w:bottom w:val="nil"/>
                <w:right w:val="nil"/>
                <w:between w:val="nil"/>
              </w:pBdr>
              <w:spacing w:line="360" w:lineRule="auto"/>
              <w:jc w:val="center"/>
              <w:rPr>
                <w:rFonts w:asciiTheme="majorHAnsi" w:hAnsiTheme="majorHAnsi" w:cstheme="majorHAnsi"/>
                <w:color w:val="000000"/>
                <w:sz w:val="24"/>
                <w:szCs w:val="24"/>
              </w:rPr>
            </w:pPr>
            <w:r>
              <w:rPr>
                <w:rFonts w:asciiTheme="majorHAnsi" w:hAnsiTheme="majorHAnsi" w:cstheme="majorHAnsi"/>
                <w:color w:val="000000"/>
                <w:sz w:val="24"/>
                <w:szCs w:val="24"/>
              </w:rPr>
              <w:t>2023</w:t>
            </w:r>
          </w:p>
        </w:tc>
        <w:sdt>
          <w:sdtPr>
            <w:rPr>
              <w:rFonts w:asciiTheme="majorHAnsi" w:hAnsiTheme="majorHAnsi" w:cstheme="majorHAnsi"/>
              <w:color w:val="000000"/>
              <w:sz w:val="24"/>
              <w:szCs w:val="24"/>
            </w:rPr>
            <w:id w:val="-342782183"/>
            <w:placeholder>
              <w:docPart w:val="0CD3BF0C45ED4FA6AD0DEB88E56B6F77"/>
            </w:placeholder>
            <w:showingPlcHdr/>
          </w:sdtPr>
          <w:sdtContent>
            <w:tc>
              <w:tcPr>
                <w:tcW w:w="5812" w:type="dxa"/>
                <w:gridSpan w:val="2"/>
              </w:tcPr>
              <w:p w14:paraId="0DC0557C" w14:textId="064A9A35" w:rsidR="00D66D96"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1ACEA318" w14:textId="77777777" w:rsidTr="00F3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256" w:type="dxa"/>
            <w:vMerge/>
          </w:tcPr>
          <w:p w14:paraId="18CA7C93" w14:textId="77777777" w:rsidR="00D66D96" w:rsidRPr="00E94154" w:rsidRDefault="00D66D96" w:rsidP="00F30E5E">
            <w:pPr>
              <w:pBdr>
                <w:top w:val="nil"/>
                <w:left w:val="nil"/>
                <w:bottom w:val="nil"/>
                <w:right w:val="nil"/>
                <w:between w:val="nil"/>
              </w:pBdr>
              <w:rPr>
                <w:rFonts w:asciiTheme="majorHAnsi" w:hAnsiTheme="majorHAnsi" w:cstheme="majorHAnsi"/>
                <w:color w:val="000000"/>
                <w:sz w:val="24"/>
                <w:szCs w:val="24"/>
              </w:rPr>
            </w:pPr>
          </w:p>
        </w:tc>
        <w:tc>
          <w:tcPr>
            <w:tcW w:w="1559" w:type="dxa"/>
            <w:vAlign w:val="center"/>
          </w:tcPr>
          <w:p w14:paraId="2B19D9B0" w14:textId="27B94242" w:rsidR="00D66D96" w:rsidRDefault="00D66D96" w:rsidP="00F30E5E">
            <w:pPr>
              <w:pBdr>
                <w:top w:val="nil"/>
                <w:left w:val="nil"/>
                <w:bottom w:val="nil"/>
                <w:right w:val="nil"/>
                <w:between w:val="nil"/>
              </w:pBdr>
              <w:spacing w:line="360" w:lineRule="auto"/>
              <w:jc w:val="center"/>
              <w:rPr>
                <w:rFonts w:asciiTheme="majorHAnsi" w:hAnsiTheme="majorHAnsi" w:cstheme="majorHAnsi"/>
                <w:color w:val="000000"/>
                <w:sz w:val="24"/>
                <w:szCs w:val="24"/>
              </w:rPr>
            </w:pPr>
            <w:r>
              <w:rPr>
                <w:rFonts w:asciiTheme="majorHAnsi" w:hAnsiTheme="majorHAnsi" w:cstheme="majorHAnsi"/>
                <w:color w:val="000000"/>
                <w:sz w:val="24"/>
                <w:szCs w:val="24"/>
              </w:rPr>
              <w:t>2024</w:t>
            </w:r>
          </w:p>
        </w:tc>
        <w:sdt>
          <w:sdtPr>
            <w:rPr>
              <w:rFonts w:asciiTheme="majorHAnsi" w:hAnsiTheme="majorHAnsi" w:cstheme="majorHAnsi"/>
              <w:color w:val="000000"/>
              <w:sz w:val="24"/>
              <w:szCs w:val="24"/>
            </w:rPr>
            <w:id w:val="1274364927"/>
            <w:placeholder>
              <w:docPart w:val="21D39D01F8D44DFAB9376F4FF2534C58"/>
            </w:placeholder>
            <w:showingPlcHdr/>
          </w:sdtPr>
          <w:sdtContent>
            <w:tc>
              <w:tcPr>
                <w:tcW w:w="5812" w:type="dxa"/>
                <w:gridSpan w:val="2"/>
              </w:tcPr>
              <w:p w14:paraId="19C0F6F4" w14:textId="6866D9AE" w:rsidR="00D66D96"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1F2BAAFD" w14:textId="77777777" w:rsidTr="00F3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256" w:type="dxa"/>
            <w:vMerge w:val="restart"/>
          </w:tcPr>
          <w:p w14:paraId="045388E5" w14:textId="6A06E66B" w:rsidR="00D66D96" w:rsidRPr="00E94154" w:rsidRDefault="00D66D96" w:rsidP="00F30E5E">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Number of Employees</w:t>
            </w:r>
          </w:p>
        </w:tc>
        <w:tc>
          <w:tcPr>
            <w:tcW w:w="1559" w:type="dxa"/>
            <w:vAlign w:val="center"/>
          </w:tcPr>
          <w:p w14:paraId="13B75D03" w14:textId="6C3E278A" w:rsidR="00D66D96" w:rsidRDefault="00D66D96" w:rsidP="00F30E5E">
            <w:pPr>
              <w:pBdr>
                <w:top w:val="nil"/>
                <w:left w:val="nil"/>
                <w:bottom w:val="nil"/>
                <w:right w:val="nil"/>
                <w:between w:val="nil"/>
              </w:pBdr>
              <w:spacing w:line="360" w:lineRule="auto"/>
              <w:jc w:val="center"/>
              <w:rPr>
                <w:rFonts w:asciiTheme="majorHAnsi" w:hAnsiTheme="majorHAnsi" w:cstheme="majorHAnsi"/>
                <w:color w:val="000000"/>
                <w:sz w:val="24"/>
                <w:szCs w:val="24"/>
              </w:rPr>
            </w:pPr>
            <w:r>
              <w:rPr>
                <w:rFonts w:asciiTheme="majorHAnsi" w:hAnsiTheme="majorHAnsi" w:cstheme="majorHAnsi"/>
                <w:color w:val="000000"/>
                <w:sz w:val="24"/>
                <w:szCs w:val="24"/>
              </w:rPr>
              <w:t>2023</w:t>
            </w:r>
          </w:p>
        </w:tc>
        <w:sdt>
          <w:sdtPr>
            <w:rPr>
              <w:rFonts w:asciiTheme="majorHAnsi" w:hAnsiTheme="majorHAnsi" w:cstheme="majorHAnsi"/>
              <w:color w:val="000000"/>
              <w:sz w:val="24"/>
              <w:szCs w:val="24"/>
            </w:rPr>
            <w:id w:val="-1722365965"/>
            <w:placeholder>
              <w:docPart w:val="2EE5DDED380044908554FE5A029F5286"/>
            </w:placeholder>
            <w:showingPlcHdr/>
          </w:sdtPr>
          <w:sdtContent>
            <w:tc>
              <w:tcPr>
                <w:tcW w:w="5812" w:type="dxa"/>
                <w:gridSpan w:val="2"/>
              </w:tcPr>
              <w:p w14:paraId="7C77E8D2" w14:textId="0A177ED0" w:rsidR="00D66D96"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0DC5630D" w14:textId="77777777" w:rsidTr="00F3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256" w:type="dxa"/>
            <w:vMerge/>
          </w:tcPr>
          <w:p w14:paraId="4E65B71F" w14:textId="77777777" w:rsidR="00D66D96" w:rsidRPr="00E94154" w:rsidRDefault="00D66D96" w:rsidP="00F30E5E">
            <w:pPr>
              <w:pBdr>
                <w:top w:val="nil"/>
                <w:left w:val="nil"/>
                <w:bottom w:val="nil"/>
                <w:right w:val="nil"/>
                <w:between w:val="nil"/>
              </w:pBdr>
              <w:rPr>
                <w:rFonts w:asciiTheme="majorHAnsi" w:hAnsiTheme="majorHAnsi" w:cstheme="majorHAnsi"/>
                <w:color w:val="000000"/>
                <w:sz w:val="24"/>
                <w:szCs w:val="24"/>
              </w:rPr>
            </w:pPr>
          </w:p>
        </w:tc>
        <w:tc>
          <w:tcPr>
            <w:tcW w:w="1559" w:type="dxa"/>
            <w:vAlign w:val="center"/>
          </w:tcPr>
          <w:p w14:paraId="2F2F0C16" w14:textId="277FBF43" w:rsidR="00D66D96" w:rsidRDefault="00D66D96" w:rsidP="00F30E5E">
            <w:pPr>
              <w:pBdr>
                <w:top w:val="nil"/>
                <w:left w:val="nil"/>
                <w:bottom w:val="nil"/>
                <w:right w:val="nil"/>
                <w:between w:val="nil"/>
              </w:pBdr>
              <w:spacing w:line="360" w:lineRule="auto"/>
              <w:jc w:val="center"/>
              <w:rPr>
                <w:rFonts w:asciiTheme="majorHAnsi" w:hAnsiTheme="majorHAnsi" w:cstheme="majorHAnsi"/>
                <w:color w:val="000000"/>
                <w:sz w:val="24"/>
                <w:szCs w:val="24"/>
              </w:rPr>
            </w:pPr>
            <w:r>
              <w:rPr>
                <w:rFonts w:asciiTheme="majorHAnsi" w:hAnsiTheme="majorHAnsi" w:cstheme="majorHAnsi"/>
                <w:color w:val="000000"/>
                <w:sz w:val="24"/>
                <w:szCs w:val="24"/>
              </w:rPr>
              <w:t>2024</w:t>
            </w:r>
          </w:p>
        </w:tc>
        <w:sdt>
          <w:sdtPr>
            <w:rPr>
              <w:rFonts w:asciiTheme="majorHAnsi" w:hAnsiTheme="majorHAnsi" w:cstheme="majorHAnsi"/>
              <w:color w:val="000000"/>
              <w:sz w:val="24"/>
              <w:szCs w:val="24"/>
            </w:rPr>
            <w:id w:val="222416784"/>
            <w:placeholder>
              <w:docPart w:val="C4C69A6D54584AC39ACBCAE08E1331FE"/>
            </w:placeholder>
            <w:showingPlcHdr/>
          </w:sdtPr>
          <w:sdtContent>
            <w:tc>
              <w:tcPr>
                <w:tcW w:w="5812" w:type="dxa"/>
                <w:gridSpan w:val="2"/>
              </w:tcPr>
              <w:p w14:paraId="3AEF6A14" w14:textId="1F52D7E7" w:rsidR="00D66D96"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7D94B9DA" w14:textId="77777777" w:rsidTr="00F3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256" w:type="dxa"/>
            <w:vMerge w:val="restart"/>
          </w:tcPr>
          <w:p w14:paraId="68759EC5" w14:textId="1DD2D0EE" w:rsidR="00D66D96" w:rsidRPr="00E94154" w:rsidRDefault="00D66D96" w:rsidP="00F30E5E">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Number of Branches</w:t>
            </w:r>
          </w:p>
        </w:tc>
        <w:tc>
          <w:tcPr>
            <w:tcW w:w="1559" w:type="dxa"/>
            <w:vAlign w:val="center"/>
          </w:tcPr>
          <w:p w14:paraId="0358DC7D" w14:textId="531AE867" w:rsidR="00D66D96" w:rsidRDefault="00D66D96" w:rsidP="00F30E5E">
            <w:pPr>
              <w:pBdr>
                <w:top w:val="nil"/>
                <w:left w:val="nil"/>
                <w:bottom w:val="nil"/>
                <w:right w:val="nil"/>
                <w:between w:val="nil"/>
              </w:pBdr>
              <w:spacing w:line="360" w:lineRule="auto"/>
              <w:jc w:val="center"/>
              <w:rPr>
                <w:rFonts w:asciiTheme="majorHAnsi" w:hAnsiTheme="majorHAnsi" w:cstheme="majorHAnsi"/>
                <w:color w:val="000000"/>
                <w:sz w:val="24"/>
                <w:szCs w:val="24"/>
              </w:rPr>
            </w:pPr>
            <w:r>
              <w:rPr>
                <w:rFonts w:asciiTheme="majorHAnsi" w:hAnsiTheme="majorHAnsi" w:cstheme="majorHAnsi"/>
                <w:color w:val="000000"/>
                <w:sz w:val="24"/>
                <w:szCs w:val="24"/>
              </w:rPr>
              <w:t>2023</w:t>
            </w:r>
          </w:p>
        </w:tc>
        <w:sdt>
          <w:sdtPr>
            <w:rPr>
              <w:rFonts w:asciiTheme="majorHAnsi" w:hAnsiTheme="majorHAnsi" w:cstheme="majorHAnsi"/>
              <w:color w:val="000000"/>
              <w:sz w:val="24"/>
              <w:szCs w:val="24"/>
            </w:rPr>
            <w:id w:val="256646230"/>
            <w:placeholder>
              <w:docPart w:val="AF980E5B92FB4E7E8C587B706C147F56"/>
            </w:placeholder>
            <w:showingPlcHdr/>
          </w:sdtPr>
          <w:sdtContent>
            <w:tc>
              <w:tcPr>
                <w:tcW w:w="5812" w:type="dxa"/>
                <w:gridSpan w:val="2"/>
              </w:tcPr>
              <w:p w14:paraId="030F50A0" w14:textId="26C2303C" w:rsidR="00D66D96"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65D27441" w14:textId="77777777" w:rsidTr="00F30E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256" w:type="dxa"/>
            <w:vMerge/>
          </w:tcPr>
          <w:p w14:paraId="740C9184" w14:textId="77777777" w:rsidR="00D66D96" w:rsidRPr="00E94154" w:rsidRDefault="00D66D96" w:rsidP="00F30E5E">
            <w:pPr>
              <w:pBdr>
                <w:top w:val="nil"/>
                <w:left w:val="nil"/>
                <w:bottom w:val="nil"/>
                <w:right w:val="nil"/>
                <w:between w:val="nil"/>
              </w:pBdr>
              <w:rPr>
                <w:rFonts w:asciiTheme="majorHAnsi" w:hAnsiTheme="majorHAnsi" w:cstheme="majorHAnsi"/>
                <w:color w:val="000000"/>
                <w:sz w:val="24"/>
                <w:szCs w:val="24"/>
              </w:rPr>
            </w:pPr>
          </w:p>
        </w:tc>
        <w:tc>
          <w:tcPr>
            <w:tcW w:w="1559" w:type="dxa"/>
            <w:vAlign w:val="center"/>
          </w:tcPr>
          <w:p w14:paraId="2137614D" w14:textId="4A529920" w:rsidR="00D66D96" w:rsidRDefault="00D66D96" w:rsidP="00F30E5E">
            <w:pPr>
              <w:pBdr>
                <w:top w:val="nil"/>
                <w:left w:val="nil"/>
                <w:bottom w:val="nil"/>
                <w:right w:val="nil"/>
                <w:between w:val="nil"/>
              </w:pBdr>
              <w:spacing w:line="360" w:lineRule="auto"/>
              <w:jc w:val="center"/>
              <w:rPr>
                <w:rFonts w:asciiTheme="majorHAnsi" w:hAnsiTheme="majorHAnsi" w:cstheme="majorHAnsi"/>
                <w:color w:val="000000"/>
                <w:sz w:val="24"/>
                <w:szCs w:val="24"/>
              </w:rPr>
            </w:pPr>
            <w:r>
              <w:rPr>
                <w:rFonts w:asciiTheme="majorHAnsi" w:hAnsiTheme="majorHAnsi" w:cstheme="majorHAnsi"/>
                <w:color w:val="000000"/>
                <w:sz w:val="24"/>
                <w:szCs w:val="24"/>
              </w:rPr>
              <w:t>2024</w:t>
            </w:r>
          </w:p>
        </w:tc>
        <w:sdt>
          <w:sdtPr>
            <w:rPr>
              <w:rFonts w:asciiTheme="majorHAnsi" w:hAnsiTheme="majorHAnsi" w:cstheme="majorHAnsi"/>
              <w:color w:val="000000"/>
              <w:sz w:val="24"/>
              <w:szCs w:val="24"/>
            </w:rPr>
            <w:id w:val="-466351451"/>
            <w:placeholder>
              <w:docPart w:val="377098A736E24FD790F65257E01E99B6"/>
            </w:placeholder>
            <w:showingPlcHdr/>
          </w:sdtPr>
          <w:sdtContent>
            <w:tc>
              <w:tcPr>
                <w:tcW w:w="5812" w:type="dxa"/>
                <w:gridSpan w:val="2"/>
              </w:tcPr>
              <w:p w14:paraId="649C9379" w14:textId="518A9514" w:rsidR="00D66D96"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24F299D4" w14:textId="77777777" w:rsidTr="00E941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256" w:type="dxa"/>
          </w:tcPr>
          <w:p w14:paraId="69B4C0CD" w14:textId="4FDCD384" w:rsidR="00F30E5E" w:rsidRPr="00E94154" w:rsidRDefault="00F30E5E" w:rsidP="00F30E5E">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lastRenderedPageBreak/>
              <w:t>Market Analysis &amp; Future Expansion Plans (max. 500 words)</w:t>
            </w:r>
          </w:p>
        </w:tc>
        <w:sdt>
          <w:sdtPr>
            <w:rPr>
              <w:rFonts w:asciiTheme="majorHAnsi" w:hAnsiTheme="majorHAnsi" w:cstheme="majorHAnsi"/>
              <w:color w:val="000000"/>
              <w:sz w:val="24"/>
              <w:szCs w:val="24"/>
            </w:rPr>
            <w:id w:val="-580214554"/>
            <w:placeholder>
              <w:docPart w:val="494D50D07B4B4375BC8ADB49F0AAA033"/>
            </w:placeholder>
            <w:showingPlcHdr/>
          </w:sdtPr>
          <w:sdtContent>
            <w:tc>
              <w:tcPr>
                <w:tcW w:w="7371" w:type="dxa"/>
                <w:gridSpan w:val="3"/>
              </w:tcPr>
              <w:p w14:paraId="56556438" w14:textId="02FB1CC7" w:rsidR="00F30E5E"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B929F8" w:rsidRPr="00117369" w14:paraId="484153BD" w14:textId="77777777" w:rsidTr="000661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0627" w:type="dxa"/>
            <w:gridSpan w:val="4"/>
          </w:tcPr>
          <w:p w14:paraId="6B34161D" w14:textId="0CAF6389" w:rsidR="00B929F8" w:rsidRPr="00B929F8" w:rsidRDefault="00B929F8" w:rsidP="00F30E5E">
            <w:pPr>
              <w:pBdr>
                <w:top w:val="nil"/>
                <w:left w:val="nil"/>
                <w:bottom w:val="nil"/>
                <w:right w:val="nil"/>
                <w:between w:val="nil"/>
              </w:pBdr>
              <w:spacing w:line="360" w:lineRule="auto"/>
              <w:rPr>
                <w:rFonts w:asciiTheme="majorHAnsi" w:hAnsiTheme="majorHAnsi" w:cstheme="majorHAnsi"/>
                <w:b/>
                <w:bCs/>
                <w:color w:val="000000"/>
                <w:sz w:val="24"/>
                <w:szCs w:val="24"/>
              </w:rPr>
            </w:pPr>
            <w:r w:rsidRPr="00B929F8">
              <w:rPr>
                <w:rFonts w:asciiTheme="majorHAnsi" w:hAnsiTheme="majorHAnsi" w:cstheme="majorHAnsi"/>
                <w:b/>
                <w:bCs/>
                <w:color w:val="000000"/>
                <w:sz w:val="24"/>
                <w:szCs w:val="24"/>
              </w:rPr>
              <w:t>Employee Programs</w:t>
            </w:r>
          </w:p>
        </w:tc>
      </w:tr>
      <w:tr w:rsidR="00855C21" w:rsidRPr="00117369" w14:paraId="1732C87C" w14:textId="77777777" w:rsidTr="00B92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3256" w:type="dxa"/>
          </w:tcPr>
          <w:p w14:paraId="636506B8" w14:textId="607517F1" w:rsidR="00275632" w:rsidRPr="00E94154" w:rsidRDefault="00275632" w:rsidP="00F30E5E">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 xml:space="preserve">Retention </w:t>
            </w:r>
            <w:r w:rsidRPr="00E94154">
              <w:rPr>
                <w:rFonts w:asciiTheme="majorHAnsi" w:hAnsiTheme="majorHAnsi" w:cstheme="majorHAnsi"/>
                <w:color w:val="000000"/>
                <w:sz w:val="24"/>
                <w:szCs w:val="24"/>
              </w:rPr>
              <w:t>(max. 300 words</w:t>
            </w:r>
            <w:r>
              <w:rPr>
                <w:rFonts w:asciiTheme="majorHAnsi" w:hAnsiTheme="majorHAnsi" w:cstheme="majorHAnsi"/>
                <w:color w:val="000000"/>
                <w:sz w:val="24"/>
                <w:szCs w:val="24"/>
              </w:rPr>
              <w:t>)</w:t>
            </w:r>
          </w:p>
        </w:tc>
        <w:sdt>
          <w:sdtPr>
            <w:rPr>
              <w:rFonts w:asciiTheme="majorHAnsi" w:hAnsiTheme="majorHAnsi" w:cstheme="majorHAnsi"/>
              <w:color w:val="000000"/>
              <w:sz w:val="24"/>
              <w:szCs w:val="24"/>
            </w:rPr>
            <w:id w:val="967621624"/>
            <w:placeholder>
              <w:docPart w:val="D504C69CA5554609B9EB85A3BE106D45"/>
            </w:placeholder>
            <w:showingPlcHdr/>
          </w:sdtPr>
          <w:sdtContent>
            <w:tc>
              <w:tcPr>
                <w:tcW w:w="7371" w:type="dxa"/>
                <w:gridSpan w:val="3"/>
              </w:tcPr>
              <w:p w14:paraId="35BFB941" w14:textId="396FF667" w:rsidR="00275632"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1334925B" w14:textId="77777777" w:rsidTr="00B92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3256" w:type="dxa"/>
          </w:tcPr>
          <w:p w14:paraId="3EB53F1F" w14:textId="3C9440C9" w:rsidR="00275632" w:rsidRPr="00E94154" w:rsidRDefault="00B929F8" w:rsidP="00F30E5E">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 xml:space="preserve">Training </w:t>
            </w:r>
            <w:r w:rsidRPr="00E94154">
              <w:rPr>
                <w:rFonts w:asciiTheme="majorHAnsi" w:hAnsiTheme="majorHAnsi" w:cstheme="majorHAnsi"/>
                <w:color w:val="000000"/>
                <w:sz w:val="24"/>
                <w:szCs w:val="24"/>
              </w:rPr>
              <w:t>(max. 300 words</w:t>
            </w:r>
            <w:r>
              <w:rPr>
                <w:rFonts w:asciiTheme="majorHAnsi" w:hAnsiTheme="majorHAnsi" w:cstheme="majorHAnsi"/>
                <w:color w:val="000000"/>
                <w:sz w:val="24"/>
                <w:szCs w:val="24"/>
              </w:rPr>
              <w:t>)</w:t>
            </w:r>
          </w:p>
        </w:tc>
        <w:sdt>
          <w:sdtPr>
            <w:rPr>
              <w:rFonts w:asciiTheme="majorHAnsi" w:hAnsiTheme="majorHAnsi" w:cstheme="majorHAnsi"/>
              <w:color w:val="000000"/>
              <w:sz w:val="24"/>
              <w:szCs w:val="24"/>
            </w:rPr>
            <w:id w:val="-158460239"/>
            <w:placeholder>
              <w:docPart w:val="A7030E56160E467286FD7E221C51A844"/>
            </w:placeholder>
            <w:showingPlcHdr/>
          </w:sdtPr>
          <w:sdtContent>
            <w:tc>
              <w:tcPr>
                <w:tcW w:w="7371" w:type="dxa"/>
                <w:gridSpan w:val="3"/>
              </w:tcPr>
              <w:p w14:paraId="4A434ED8" w14:textId="69301E9C" w:rsidR="00275632"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723DA702" w14:textId="77777777" w:rsidTr="00B92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3256" w:type="dxa"/>
          </w:tcPr>
          <w:p w14:paraId="5EC58411" w14:textId="6F3228EB" w:rsidR="00B929F8" w:rsidRDefault="00B929F8" w:rsidP="00F30E5E">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 xml:space="preserve">Workplace </w:t>
            </w:r>
            <w:r w:rsidRPr="00E94154">
              <w:rPr>
                <w:rFonts w:asciiTheme="majorHAnsi" w:hAnsiTheme="majorHAnsi" w:cstheme="majorHAnsi"/>
                <w:color w:val="000000"/>
                <w:sz w:val="24"/>
                <w:szCs w:val="24"/>
              </w:rPr>
              <w:t>(max. 300 words</w:t>
            </w:r>
            <w:r>
              <w:rPr>
                <w:rFonts w:asciiTheme="majorHAnsi" w:hAnsiTheme="majorHAnsi" w:cstheme="majorHAnsi"/>
                <w:color w:val="000000"/>
                <w:sz w:val="24"/>
                <w:szCs w:val="24"/>
              </w:rPr>
              <w:t>)</w:t>
            </w:r>
          </w:p>
        </w:tc>
        <w:sdt>
          <w:sdtPr>
            <w:rPr>
              <w:rFonts w:asciiTheme="majorHAnsi" w:hAnsiTheme="majorHAnsi" w:cstheme="majorHAnsi"/>
              <w:color w:val="000000"/>
              <w:sz w:val="24"/>
              <w:szCs w:val="24"/>
            </w:rPr>
            <w:id w:val="-1478606984"/>
            <w:placeholder>
              <w:docPart w:val="8C83771D67FF41BC8AA79B3BBC3D574C"/>
            </w:placeholder>
            <w:showingPlcHdr/>
          </w:sdtPr>
          <w:sdtContent>
            <w:tc>
              <w:tcPr>
                <w:tcW w:w="7371" w:type="dxa"/>
                <w:gridSpan w:val="3"/>
              </w:tcPr>
              <w:p w14:paraId="5A6866D4" w14:textId="13DF7532" w:rsidR="00B929F8" w:rsidRPr="00E94154" w:rsidRDefault="00855C21" w:rsidP="00F30E5E">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5E74C1" w:rsidRPr="00117369" w14:paraId="666F1B04" w14:textId="77777777" w:rsidTr="005E74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627" w:type="dxa"/>
            <w:gridSpan w:val="4"/>
          </w:tcPr>
          <w:p w14:paraId="674BEA79" w14:textId="22EE57AF" w:rsidR="005E74C1" w:rsidRPr="005E74C1" w:rsidRDefault="005E74C1" w:rsidP="00F30E5E">
            <w:pPr>
              <w:pBdr>
                <w:top w:val="nil"/>
                <w:left w:val="nil"/>
                <w:bottom w:val="nil"/>
                <w:right w:val="nil"/>
                <w:between w:val="nil"/>
              </w:pBdr>
              <w:spacing w:line="360" w:lineRule="auto"/>
              <w:rPr>
                <w:rFonts w:asciiTheme="majorHAnsi" w:hAnsiTheme="majorHAnsi" w:cstheme="majorHAnsi"/>
                <w:b/>
                <w:bCs/>
                <w:color w:val="000000"/>
                <w:sz w:val="24"/>
                <w:szCs w:val="24"/>
              </w:rPr>
            </w:pPr>
            <w:r w:rsidRPr="005E74C1">
              <w:rPr>
                <w:rFonts w:asciiTheme="majorHAnsi" w:hAnsiTheme="majorHAnsi" w:cstheme="majorHAnsi"/>
                <w:b/>
                <w:bCs/>
                <w:color w:val="000000"/>
                <w:sz w:val="24"/>
                <w:szCs w:val="24"/>
              </w:rPr>
              <w:t>Innovation</w:t>
            </w:r>
          </w:p>
        </w:tc>
      </w:tr>
      <w:tr w:rsidR="00855C21" w:rsidRPr="00117369" w14:paraId="5205BFAA" w14:textId="77777777" w:rsidTr="00B92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3256" w:type="dxa"/>
          </w:tcPr>
          <w:p w14:paraId="4F6C5A58" w14:textId="26DAE0AB" w:rsidR="005E74C1" w:rsidRDefault="005E74C1" w:rsidP="005E74C1">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 xml:space="preserve">Approach </w:t>
            </w:r>
            <w:r w:rsidRPr="00E94154">
              <w:rPr>
                <w:rFonts w:asciiTheme="majorHAnsi" w:hAnsiTheme="majorHAnsi" w:cstheme="majorHAnsi"/>
                <w:color w:val="000000"/>
                <w:sz w:val="24"/>
                <w:szCs w:val="24"/>
              </w:rPr>
              <w:t>(max. 300 words</w:t>
            </w:r>
            <w:r>
              <w:rPr>
                <w:rFonts w:asciiTheme="majorHAnsi" w:hAnsiTheme="majorHAnsi" w:cstheme="majorHAnsi"/>
                <w:color w:val="000000"/>
                <w:sz w:val="24"/>
                <w:szCs w:val="24"/>
              </w:rPr>
              <w:t>)</w:t>
            </w:r>
          </w:p>
        </w:tc>
        <w:sdt>
          <w:sdtPr>
            <w:rPr>
              <w:rFonts w:asciiTheme="majorHAnsi" w:hAnsiTheme="majorHAnsi" w:cstheme="majorHAnsi"/>
              <w:color w:val="000000"/>
              <w:sz w:val="24"/>
              <w:szCs w:val="24"/>
            </w:rPr>
            <w:id w:val="-2079665616"/>
            <w:placeholder>
              <w:docPart w:val="B55FDFA9A9A74DAAAABD221535FC1F46"/>
            </w:placeholder>
            <w:showingPlcHdr/>
          </w:sdtPr>
          <w:sdtContent>
            <w:tc>
              <w:tcPr>
                <w:tcW w:w="7371" w:type="dxa"/>
                <w:gridSpan w:val="3"/>
              </w:tcPr>
              <w:p w14:paraId="0AD2BF68" w14:textId="6F6DE3C2" w:rsidR="005E74C1" w:rsidRPr="00E94154" w:rsidRDefault="00855C21" w:rsidP="005E74C1">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47784D68" w14:textId="77777777" w:rsidTr="00B92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3256" w:type="dxa"/>
          </w:tcPr>
          <w:p w14:paraId="4196B027" w14:textId="002209D0" w:rsidR="005E74C1" w:rsidRDefault="005E74C1" w:rsidP="005E74C1">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 xml:space="preserve">Case Studies </w:t>
            </w:r>
            <w:r w:rsidRPr="00E94154">
              <w:rPr>
                <w:rFonts w:asciiTheme="majorHAnsi" w:hAnsiTheme="majorHAnsi" w:cstheme="majorHAnsi"/>
                <w:color w:val="000000"/>
                <w:sz w:val="24"/>
                <w:szCs w:val="24"/>
              </w:rPr>
              <w:t>(max. 300 words</w:t>
            </w:r>
            <w:r>
              <w:rPr>
                <w:rFonts w:asciiTheme="majorHAnsi" w:hAnsiTheme="majorHAnsi" w:cstheme="majorHAnsi"/>
                <w:color w:val="000000"/>
                <w:sz w:val="24"/>
                <w:szCs w:val="24"/>
              </w:rPr>
              <w:t>)</w:t>
            </w:r>
          </w:p>
        </w:tc>
        <w:sdt>
          <w:sdtPr>
            <w:rPr>
              <w:rFonts w:asciiTheme="majorHAnsi" w:hAnsiTheme="majorHAnsi" w:cstheme="majorHAnsi"/>
              <w:color w:val="000000"/>
              <w:sz w:val="24"/>
              <w:szCs w:val="24"/>
            </w:rPr>
            <w:id w:val="384457191"/>
            <w:placeholder>
              <w:docPart w:val="0632B9FDA8754283BA2E43CB960FEE9F"/>
            </w:placeholder>
            <w:showingPlcHdr/>
          </w:sdtPr>
          <w:sdtContent>
            <w:tc>
              <w:tcPr>
                <w:tcW w:w="7371" w:type="dxa"/>
                <w:gridSpan w:val="3"/>
              </w:tcPr>
              <w:p w14:paraId="4CF0A860" w14:textId="1E8BCCC2" w:rsidR="005E74C1" w:rsidRPr="00E94154" w:rsidRDefault="00855C21" w:rsidP="005E74C1">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5E74C1" w:rsidRPr="00117369" w14:paraId="152E15E2" w14:textId="77777777" w:rsidTr="005E74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0627" w:type="dxa"/>
            <w:gridSpan w:val="4"/>
          </w:tcPr>
          <w:p w14:paraId="3F46AB80" w14:textId="689897CD" w:rsidR="005E74C1" w:rsidRPr="00E94154" w:rsidRDefault="005E74C1" w:rsidP="005E74C1">
            <w:pPr>
              <w:pBdr>
                <w:top w:val="nil"/>
                <w:left w:val="nil"/>
                <w:bottom w:val="nil"/>
                <w:right w:val="nil"/>
                <w:between w:val="nil"/>
              </w:pBdr>
              <w:spacing w:line="360" w:lineRule="auto"/>
              <w:rPr>
                <w:rFonts w:asciiTheme="majorHAnsi" w:hAnsiTheme="majorHAnsi" w:cstheme="majorHAnsi"/>
                <w:color w:val="000000"/>
                <w:sz w:val="24"/>
                <w:szCs w:val="24"/>
              </w:rPr>
            </w:pPr>
            <w:r>
              <w:rPr>
                <w:rFonts w:asciiTheme="majorHAnsi" w:hAnsiTheme="majorHAnsi" w:cstheme="majorHAnsi"/>
                <w:b/>
                <w:bCs/>
                <w:color w:val="000000"/>
                <w:sz w:val="24"/>
                <w:szCs w:val="24"/>
              </w:rPr>
              <w:t>CSR</w:t>
            </w:r>
          </w:p>
        </w:tc>
      </w:tr>
      <w:tr w:rsidR="00855C21" w:rsidRPr="00117369" w14:paraId="4F0FF90E" w14:textId="77777777" w:rsidTr="00B92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3256" w:type="dxa"/>
          </w:tcPr>
          <w:p w14:paraId="240A446A" w14:textId="6B173FD1" w:rsidR="005E74C1" w:rsidRDefault="005E74C1" w:rsidP="005E74C1">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 xml:space="preserve">Framework </w:t>
            </w:r>
            <w:r w:rsidRPr="00E94154">
              <w:rPr>
                <w:rFonts w:asciiTheme="majorHAnsi" w:hAnsiTheme="majorHAnsi" w:cstheme="majorHAnsi"/>
                <w:color w:val="000000"/>
                <w:sz w:val="24"/>
                <w:szCs w:val="24"/>
              </w:rPr>
              <w:t>(max. 300 words</w:t>
            </w:r>
            <w:r>
              <w:rPr>
                <w:rFonts w:asciiTheme="majorHAnsi" w:hAnsiTheme="majorHAnsi" w:cstheme="majorHAnsi"/>
                <w:color w:val="000000"/>
                <w:sz w:val="24"/>
                <w:szCs w:val="24"/>
              </w:rPr>
              <w:t>)</w:t>
            </w:r>
          </w:p>
        </w:tc>
        <w:sdt>
          <w:sdtPr>
            <w:rPr>
              <w:rFonts w:asciiTheme="majorHAnsi" w:hAnsiTheme="majorHAnsi" w:cstheme="majorHAnsi"/>
              <w:color w:val="000000"/>
              <w:sz w:val="24"/>
              <w:szCs w:val="24"/>
            </w:rPr>
            <w:id w:val="1327160666"/>
            <w:placeholder>
              <w:docPart w:val="F290F3ADC12B42CBA35BCD2E9674E3F3"/>
            </w:placeholder>
            <w:showingPlcHdr/>
          </w:sdtPr>
          <w:sdtContent>
            <w:tc>
              <w:tcPr>
                <w:tcW w:w="7371" w:type="dxa"/>
                <w:gridSpan w:val="3"/>
              </w:tcPr>
              <w:p w14:paraId="38EF4AA9" w14:textId="2044CE32" w:rsidR="005E74C1" w:rsidRPr="00E94154" w:rsidRDefault="00855C21" w:rsidP="005E74C1">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855C21" w:rsidRPr="00117369" w14:paraId="7B9BABC0" w14:textId="77777777" w:rsidTr="00B92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3256" w:type="dxa"/>
          </w:tcPr>
          <w:p w14:paraId="32D268C0" w14:textId="6C5EC20F" w:rsidR="005E74C1" w:rsidRDefault="005E74C1" w:rsidP="005E74C1">
            <w:pPr>
              <w:pBdr>
                <w:top w:val="nil"/>
                <w:left w:val="nil"/>
                <w:bottom w:val="nil"/>
                <w:right w:val="nil"/>
                <w:between w:val="nil"/>
              </w:pBdr>
              <w:rPr>
                <w:rFonts w:asciiTheme="majorHAnsi" w:hAnsiTheme="majorHAnsi" w:cstheme="majorHAnsi"/>
                <w:color w:val="000000"/>
                <w:sz w:val="24"/>
                <w:szCs w:val="24"/>
              </w:rPr>
            </w:pPr>
            <w:r>
              <w:rPr>
                <w:rFonts w:asciiTheme="majorHAnsi" w:hAnsiTheme="majorHAnsi" w:cstheme="majorHAnsi"/>
                <w:color w:val="000000"/>
                <w:sz w:val="24"/>
                <w:szCs w:val="24"/>
              </w:rPr>
              <w:t xml:space="preserve">Activities </w:t>
            </w:r>
            <w:r w:rsidRPr="00E94154">
              <w:rPr>
                <w:rFonts w:asciiTheme="majorHAnsi" w:hAnsiTheme="majorHAnsi" w:cstheme="majorHAnsi"/>
                <w:color w:val="000000"/>
                <w:sz w:val="24"/>
                <w:szCs w:val="24"/>
              </w:rPr>
              <w:t>(max. 300 words</w:t>
            </w:r>
            <w:r>
              <w:rPr>
                <w:rFonts w:asciiTheme="majorHAnsi" w:hAnsiTheme="majorHAnsi" w:cstheme="majorHAnsi"/>
                <w:color w:val="000000"/>
                <w:sz w:val="24"/>
                <w:szCs w:val="24"/>
              </w:rPr>
              <w:t>)</w:t>
            </w:r>
          </w:p>
        </w:tc>
        <w:sdt>
          <w:sdtPr>
            <w:rPr>
              <w:rFonts w:asciiTheme="majorHAnsi" w:hAnsiTheme="majorHAnsi" w:cstheme="majorHAnsi"/>
              <w:color w:val="000000"/>
              <w:sz w:val="24"/>
              <w:szCs w:val="24"/>
            </w:rPr>
            <w:id w:val="886457181"/>
            <w:placeholder>
              <w:docPart w:val="103F026CCD2F4223AB97ABA95D5E501F"/>
            </w:placeholder>
            <w:showingPlcHdr/>
          </w:sdtPr>
          <w:sdtContent>
            <w:tc>
              <w:tcPr>
                <w:tcW w:w="7371" w:type="dxa"/>
                <w:gridSpan w:val="3"/>
              </w:tcPr>
              <w:p w14:paraId="4D095F59" w14:textId="53B3CC2C" w:rsidR="005E74C1" w:rsidRPr="00E94154" w:rsidRDefault="00855C21" w:rsidP="005E74C1">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bl>
    <w:p w14:paraId="238FFFCB" w14:textId="77777777" w:rsidR="00E94154" w:rsidRDefault="00E94154" w:rsidP="00B96839">
      <w:pPr>
        <w:pStyle w:val="Heading1"/>
        <w:spacing w:before="0"/>
        <w:rPr>
          <w:rFonts w:cstheme="majorHAnsi"/>
        </w:rPr>
      </w:pPr>
    </w:p>
    <w:tbl>
      <w:tblPr>
        <w:tblStyle w:val="TableGrid"/>
        <w:tblW w:w="10627" w:type="dxa"/>
        <w:tblBorders>
          <w:top w:val="single" w:sz="4" w:space="0" w:color="E0B95A"/>
          <w:left w:val="single" w:sz="4" w:space="0" w:color="E0B95A"/>
          <w:bottom w:val="single" w:sz="4" w:space="0" w:color="E0B95A"/>
          <w:right w:val="single" w:sz="4" w:space="0" w:color="E0B95A"/>
          <w:insideH w:val="none" w:sz="0" w:space="0" w:color="auto"/>
          <w:insideV w:val="none" w:sz="0" w:space="0" w:color="auto"/>
        </w:tblBorders>
        <w:tblLook w:val="04A0" w:firstRow="1" w:lastRow="0" w:firstColumn="1" w:lastColumn="0" w:noHBand="0" w:noVBand="1"/>
      </w:tblPr>
      <w:tblGrid>
        <w:gridCol w:w="2972"/>
        <w:gridCol w:w="284"/>
        <w:gridCol w:w="2413"/>
        <w:gridCol w:w="1134"/>
        <w:gridCol w:w="3398"/>
        <w:gridCol w:w="426"/>
      </w:tblGrid>
      <w:tr w:rsidR="00E94154" w14:paraId="25A0B3D4" w14:textId="77777777" w:rsidTr="00B96839">
        <w:trPr>
          <w:gridAfter w:val="2"/>
          <w:wAfter w:w="3824" w:type="dxa"/>
          <w:trHeight w:val="567"/>
        </w:trPr>
        <w:tc>
          <w:tcPr>
            <w:tcW w:w="6803" w:type="dxa"/>
            <w:gridSpan w:val="4"/>
            <w:shd w:val="clear" w:color="auto" w:fill="000000" w:themeFill="text1"/>
            <w:vAlign w:val="center"/>
          </w:tcPr>
          <w:p w14:paraId="1C41DBFA" w14:textId="720714B4" w:rsidR="00E94154" w:rsidRPr="001707A8" w:rsidRDefault="00E94154" w:rsidP="000661CA">
            <w:pPr>
              <w:pStyle w:val="Heading1"/>
              <w:spacing w:before="0"/>
              <w:rPr>
                <w:rFonts w:cstheme="majorHAnsi"/>
                <w:color w:val="E0B95A"/>
              </w:rPr>
            </w:pPr>
            <w:r>
              <w:rPr>
                <w:rFonts w:cstheme="majorHAnsi"/>
                <w:color w:val="E0B95A"/>
              </w:rPr>
              <w:t>B2. Supporting Details (For Individual Award Nominee)</w:t>
            </w:r>
          </w:p>
        </w:tc>
      </w:tr>
      <w:tr w:rsidR="00DF1A89" w:rsidRPr="00117369" w14:paraId="7229C22E" w14:textId="77777777" w:rsidTr="00B96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256" w:type="dxa"/>
            <w:gridSpan w:val="2"/>
          </w:tcPr>
          <w:p w14:paraId="06633725" w14:textId="266718D0" w:rsidR="00DF1A89" w:rsidRPr="00E94154" w:rsidRDefault="00DF1A89" w:rsidP="00C401EC">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t>Summary of Achievements in Selected Field (max. 300 words)</w:t>
            </w:r>
          </w:p>
        </w:tc>
        <w:sdt>
          <w:sdtPr>
            <w:rPr>
              <w:rFonts w:asciiTheme="majorHAnsi" w:hAnsiTheme="majorHAnsi" w:cstheme="majorHAnsi"/>
              <w:color w:val="000000"/>
              <w:sz w:val="24"/>
              <w:szCs w:val="24"/>
            </w:rPr>
            <w:id w:val="-722141260"/>
            <w:placeholder>
              <w:docPart w:val="27E3A7B3BB28498DA2DBA95334C0FC1C"/>
            </w:placeholder>
            <w:showingPlcHdr/>
          </w:sdtPr>
          <w:sdtContent>
            <w:tc>
              <w:tcPr>
                <w:tcW w:w="7371" w:type="dxa"/>
                <w:gridSpan w:val="4"/>
              </w:tcPr>
              <w:p w14:paraId="27473785" w14:textId="0E1E8E85" w:rsidR="00DF1A89" w:rsidRPr="00E94154" w:rsidRDefault="00855C21" w:rsidP="00C401EC">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DF1A89" w:rsidRPr="00117369" w14:paraId="730D3472" w14:textId="77777777" w:rsidTr="00B96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256" w:type="dxa"/>
            <w:gridSpan w:val="2"/>
          </w:tcPr>
          <w:p w14:paraId="49FEB41A" w14:textId="77777777" w:rsidR="0016260C" w:rsidRPr="00E94154" w:rsidRDefault="00DF1A89" w:rsidP="00C401EC">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t>Key Milestones or Contributions to ASEAN Community</w:t>
            </w:r>
          </w:p>
          <w:p w14:paraId="16F7EEC7" w14:textId="703F5DCF" w:rsidR="00DF1A89" w:rsidRPr="00E94154" w:rsidRDefault="00DF1A89" w:rsidP="00C401EC">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t>(max. 300 words)</w:t>
            </w:r>
          </w:p>
        </w:tc>
        <w:sdt>
          <w:sdtPr>
            <w:rPr>
              <w:rFonts w:asciiTheme="majorHAnsi" w:hAnsiTheme="majorHAnsi" w:cstheme="majorHAnsi"/>
              <w:color w:val="000000"/>
              <w:sz w:val="24"/>
              <w:szCs w:val="24"/>
            </w:rPr>
            <w:id w:val="-1854951318"/>
            <w:placeholder>
              <w:docPart w:val="F45F22D5B9ED49FA8C908B38D64292A5"/>
            </w:placeholder>
            <w:showingPlcHdr/>
          </w:sdtPr>
          <w:sdtContent>
            <w:tc>
              <w:tcPr>
                <w:tcW w:w="7371" w:type="dxa"/>
                <w:gridSpan w:val="4"/>
              </w:tcPr>
              <w:p w14:paraId="4090189E" w14:textId="181A6ED5" w:rsidR="00DF1A89" w:rsidRPr="00E94154" w:rsidRDefault="00855C21" w:rsidP="00C401EC">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DF1A89" w:rsidRPr="00117369" w14:paraId="0F36C256" w14:textId="77777777" w:rsidTr="00B96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256" w:type="dxa"/>
            <w:gridSpan w:val="2"/>
          </w:tcPr>
          <w:p w14:paraId="46AAC471" w14:textId="77777777" w:rsidR="0016260C" w:rsidRPr="00E94154" w:rsidRDefault="00DF1A89" w:rsidP="00C401EC">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t>Recognition and Awards</w:t>
            </w:r>
          </w:p>
          <w:p w14:paraId="5CA1EB74" w14:textId="5C94771F" w:rsidR="00DF1A89" w:rsidRPr="00E94154" w:rsidRDefault="00DF1A89" w:rsidP="00C401EC">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t>(if applicable)</w:t>
            </w:r>
          </w:p>
        </w:tc>
        <w:sdt>
          <w:sdtPr>
            <w:rPr>
              <w:rFonts w:asciiTheme="majorHAnsi" w:hAnsiTheme="majorHAnsi" w:cstheme="majorHAnsi"/>
              <w:color w:val="000000"/>
              <w:sz w:val="24"/>
              <w:szCs w:val="24"/>
            </w:rPr>
            <w:id w:val="-662158446"/>
            <w:placeholder>
              <w:docPart w:val="D77A3BD05D8F43A9B11CA333AEE5AD12"/>
            </w:placeholder>
            <w:showingPlcHdr/>
          </w:sdtPr>
          <w:sdtContent>
            <w:tc>
              <w:tcPr>
                <w:tcW w:w="7371" w:type="dxa"/>
                <w:gridSpan w:val="4"/>
              </w:tcPr>
              <w:p w14:paraId="4AD2ACAA" w14:textId="47261B66" w:rsidR="00DF1A89" w:rsidRPr="00E94154" w:rsidRDefault="00855C21" w:rsidP="00C401EC">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DF1A89" w:rsidRPr="00117369" w14:paraId="50F8C76F" w14:textId="77777777" w:rsidTr="00B96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3256" w:type="dxa"/>
            <w:gridSpan w:val="2"/>
          </w:tcPr>
          <w:p w14:paraId="3F83A45C" w14:textId="4930FF78" w:rsidR="00DF1A89" w:rsidRPr="00E94154" w:rsidRDefault="00DF1A89" w:rsidP="00C401EC">
            <w:pPr>
              <w:pBdr>
                <w:top w:val="nil"/>
                <w:left w:val="nil"/>
                <w:bottom w:val="nil"/>
                <w:right w:val="nil"/>
                <w:between w:val="nil"/>
              </w:pBdr>
              <w:rPr>
                <w:rFonts w:asciiTheme="majorHAnsi" w:hAnsiTheme="majorHAnsi" w:cstheme="majorHAnsi"/>
                <w:color w:val="000000"/>
                <w:sz w:val="24"/>
                <w:szCs w:val="24"/>
              </w:rPr>
            </w:pPr>
            <w:r w:rsidRPr="00E94154">
              <w:rPr>
                <w:rFonts w:asciiTheme="majorHAnsi" w:hAnsiTheme="majorHAnsi" w:cstheme="majorHAnsi"/>
                <w:color w:val="000000"/>
                <w:sz w:val="24"/>
                <w:szCs w:val="24"/>
              </w:rPr>
              <w:t>Motivation or Mission Statement (max. 300 words)</w:t>
            </w:r>
          </w:p>
        </w:tc>
        <w:sdt>
          <w:sdtPr>
            <w:rPr>
              <w:rFonts w:asciiTheme="majorHAnsi" w:hAnsiTheme="majorHAnsi" w:cstheme="majorHAnsi"/>
              <w:color w:val="000000"/>
              <w:sz w:val="24"/>
              <w:szCs w:val="24"/>
            </w:rPr>
            <w:id w:val="1507095687"/>
            <w:placeholder>
              <w:docPart w:val="065D85E9504842BE84D4A67796F5C58C"/>
            </w:placeholder>
            <w:showingPlcHdr/>
          </w:sdtPr>
          <w:sdtContent>
            <w:tc>
              <w:tcPr>
                <w:tcW w:w="7371" w:type="dxa"/>
                <w:gridSpan w:val="4"/>
              </w:tcPr>
              <w:p w14:paraId="38452DBF" w14:textId="601B0497" w:rsidR="00DF1A89" w:rsidRPr="00E94154" w:rsidRDefault="00855C21" w:rsidP="00C401EC">
                <w:pPr>
                  <w:pBdr>
                    <w:top w:val="nil"/>
                    <w:left w:val="nil"/>
                    <w:bottom w:val="nil"/>
                    <w:right w:val="nil"/>
                    <w:between w:val="nil"/>
                  </w:pBdr>
                  <w:spacing w:line="360"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E94154" w14:paraId="5251A4E3" w14:textId="77777777" w:rsidTr="00B96839">
        <w:trPr>
          <w:gridAfter w:val="3"/>
          <w:wAfter w:w="4958" w:type="dxa"/>
          <w:trHeight w:val="567"/>
        </w:trPr>
        <w:tc>
          <w:tcPr>
            <w:tcW w:w="5669" w:type="dxa"/>
            <w:gridSpan w:val="3"/>
            <w:shd w:val="clear" w:color="auto" w:fill="000000" w:themeFill="text1"/>
            <w:vAlign w:val="center"/>
          </w:tcPr>
          <w:p w14:paraId="787241C2" w14:textId="70552D7E" w:rsidR="00E94154" w:rsidRPr="001707A8" w:rsidRDefault="00E94154" w:rsidP="000661CA">
            <w:pPr>
              <w:pStyle w:val="Heading1"/>
              <w:spacing w:before="0"/>
              <w:rPr>
                <w:rFonts w:cstheme="majorHAnsi"/>
                <w:color w:val="E0B95A"/>
              </w:rPr>
            </w:pPr>
            <w:r>
              <w:rPr>
                <w:rFonts w:cstheme="majorHAnsi"/>
                <w:color w:val="E0B95A"/>
              </w:rPr>
              <w:lastRenderedPageBreak/>
              <w:t>C. Referral</w:t>
            </w:r>
          </w:p>
        </w:tc>
      </w:tr>
      <w:tr w:rsidR="00117369" w:rsidRPr="00117369" w14:paraId="39DA3E24" w14:textId="77777777" w:rsidTr="00B96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6" w:type="dxa"/>
          <w:trHeight w:val="397"/>
        </w:trPr>
        <w:tc>
          <w:tcPr>
            <w:tcW w:w="2972" w:type="dxa"/>
            <w:vAlign w:val="center"/>
          </w:tcPr>
          <w:p w14:paraId="7CE676E4" w14:textId="77777777" w:rsidR="00117369" w:rsidRPr="00E94154" w:rsidRDefault="00117369" w:rsidP="00E94154">
            <w:pPr>
              <w:spacing w:line="276" w:lineRule="auto"/>
              <w:rPr>
                <w:rFonts w:asciiTheme="majorHAnsi" w:hAnsiTheme="majorHAnsi" w:cstheme="majorHAnsi"/>
                <w:b/>
                <w:bCs/>
                <w:color w:val="000000"/>
                <w:sz w:val="24"/>
                <w:szCs w:val="24"/>
              </w:rPr>
            </w:pPr>
            <w:r w:rsidRPr="00E94154">
              <w:rPr>
                <w:rFonts w:asciiTheme="majorHAnsi" w:hAnsiTheme="majorHAnsi" w:cstheme="majorHAnsi"/>
                <w:b/>
                <w:bCs/>
                <w:color w:val="000000"/>
                <w:sz w:val="24"/>
                <w:szCs w:val="24"/>
              </w:rPr>
              <w:t>Name of Enterprise:</w:t>
            </w:r>
          </w:p>
        </w:tc>
        <w:sdt>
          <w:sdtPr>
            <w:rPr>
              <w:rFonts w:asciiTheme="majorHAnsi" w:hAnsiTheme="majorHAnsi" w:cstheme="majorHAnsi"/>
              <w:sz w:val="24"/>
              <w:szCs w:val="24"/>
            </w:rPr>
            <w:id w:val="-1407149524"/>
            <w:placeholder>
              <w:docPart w:val="C570F830954F4461ADE541B700AB0BAC"/>
            </w:placeholder>
            <w:showingPlcHdr/>
            <w:text/>
          </w:sdtPr>
          <w:sdtContent>
            <w:tc>
              <w:tcPr>
                <w:tcW w:w="7229" w:type="dxa"/>
                <w:gridSpan w:val="4"/>
                <w:vAlign w:val="center"/>
              </w:tcPr>
              <w:p w14:paraId="306BFD1E" w14:textId="74D8D3F5" w:rsidR="00117369" w:rsidRPr="00E94154" w:rsidRDefault="00855C21" w:rsidP="00E94154">
                <w:pPr>
                  <w:spacing w:line="276" w:lineRule="auto"/>
                  <w:ind w:right="464"/>
                  <w:rPr>
                    <w:rFonts w:asciiTheme="majorHAnsi" w:hAnsiTheme="majorHAnsi" w:cstheme="majorHAnsi"/>
                    <w:sz w:val="24"/>
                    <w:szCs w:val="24"/>
                  </w:rPr>
                </w:pPr>
                <w:r w:rsidRPr="0085452A">
                  <w:rPr>
                    <w:rStyle w:val="PlaceholderText"/>
                  </w:rPr>
                  <w:t>Click or tap here to enter text.</w:t>
                </w:r>
              </w:p>
            </w:tc>
          </w:sdtContent>
        </w:sdt>
      </w:tr>
      <w:tr w:rsidR="00117369" w:rsidRPr="00117369" w14:paraId="6744228F" w14:textId="77777777" w:rsidTr="00B96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6" w:type="dxa"/>
          <w:trHeight w:val="397"/>
        </w:trPr>
        <w:tc>
          <w:tcPr>
            <w:tcW w:w="2972" w:type="dxa"/>
            <w:vAlign w:val="center"/>
          </w:tcPr>
          <w:p w14:paraId="048EC78B" w14:textId="4D62BBC5" w:rsidR="00117369" w:rsidRPr="00E94154" w:rsidRDefault="00117369" w:rsidP="00E94154">
            <w:pPr>
              <w:spacing w:line="276" w:lineRule="auto"/>
              <w:rPr>
                <w:rFonts w:asciiTheme="majorHAnsi" w:hAnsiTheme="majorHAnsi" w:cstheme="majorHAnsi"/>
                <w:b/>
                <w:bCs/>
                <w:color w:val="000000"/>
                <w:sz w:val="24"/>
                <w:szCs w:val="24"/>
              </w:rPr>
            </w:pPr>
            <w:r w:rsidRPr="00E94154">
              <w:rPr>
                <w:rFonts w:asciiTheme="majorHAnsi" w:hAnsiTheme="majorHAnsi" w:cstheme="majorHAnsi"/>
                <w:b/>
                <w:bCs/>
                <w:color w:val="000000"/>
                <w:sz w:val="24"/>
                <w:szCs w:val="24"/>
              </w:rPr>
              <w:t>Referrer Name:</w:t>
            </w:r>
          </w:p>
        </w:tc>
        <w:sdt>
          <w:sdtPr>
            <w:rPr>
              <w:rFonts w:asciiTheme="majorHAnsi" w:hAnsiTheme="majorHAnsi" w:cstheme="majorHAnsi"/>
              <w:color w:val="000000"/>
              <w:sz w:val="24"/>
              <w:szCs w:val="24"/>
            </w:rPr>
            <w:id w:val="-1187909914"/>
            <w:placeholder>
              <w:docPart w:val="B22D42A136F6413593D342F2082DADC9"/>
            </w:placeholder>
            <w:showingPlcHdr/>
            <w:text/>
          </w:sdtPr>
          <w:sdtContent>
            <w:tc>
              <w:tcPr>
                <w:tcW w:w="7229" w:type="dxa"/>
                <w:gridSpan w:val="4"/>
                <w:vAlign w:val="center"/>
              </w:tcPr>
              <w:p w14:paraId="7489D883" w14:textId="0022C384" w:rsidR="00117369" w:rsidRPr="00E94154" w:rsidRDefault="00855C21" w:rsidP="00E94154">
                <w:pPr>
                  <w:pBdr>
                    <w:top w:val="nil"/>
                    <w:left w:val="nil"/>
                    <w:bottom w:val="nil"/>
                    <w:right w:val="nil"/>
                    <w:between w:val="nil"/>
                  </w:pBdr>
                  <w:rPr>
                    <w:rFonts w:asciiTheme="majorHAnsi" w:hAnsiTheme="majorHAnsi" w:cstheme="majorHAnsi"/>
                    <w:color w:val="000000"/>
                    <w:sz w:val="24"/>
                    <w:szCs w:val="24"/>
                  </w:rPr>
                </w:pPr>
                <w:r w:rsidRPr="0085452A">
                  <w:rPr>
                    <w:rStyle w:val="PlaceholderText"/>
                  </w:rPr>
                  <w:t>Click or tap here to enter text.</w:t>
                </w:r>
              </w:p>
            </w:tc>
          </w:sdtContent>
        </w:sdt>
      </w:tr>
      <w:tr w:rsidR="00117369" w:rsidRPr="00117369" w14:paraId="3FD5784A" w14:textId="77777777" w:rsidTr="00B96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6" w:type="dxa"/>
          <w:trHeight w:val="397"/>
        </w:trPr>
        <w:tc>
          <w:tcPr>
            <w:tcW w:w="2972" w:type="dxa"/>
            <w:vAlign w:val="center"/>
          </w:tcPr>
          <w:p w14:paraId="4772344C" w14:textId="08D58A94" w:rsidR="00117369" w:rsidRPr="00E94154" w:rsidRDefault="00117369" w:rsidP="00E94154">
            <w:pPr>
              <w:rPr>
                <w:rFonts w:asciiTheme="majorHAnsi" w:hAnsiTheme="majorHAnsi" w:cstheme="majorHAnsi"/>
                <w:b/>
                <w:bCs/>
                <w:color w:val="000000"/>
                <w:sz w:val="24"/>
                <w:szCs w:val="24"/>
              </w:rPr>
            </w:pPr>
            <w:r w:rsidRPr="00E94154">
              <w:rPr>
                <w:rFonts w:asciiTheme="majorHAnsi" w:hAnsiTheme="majorHAnsi" w:cstheme="majorHAnsi"/>
                <w:b/>
                <w:bCs/>
                <w:color w:val="000000"/>
                <w:sz w:val="24"/>
                <w:szCs w:val="24"/>
              </w:rPr>
              <w:t>Referrer Designation:</w:t>
            </w:r>
          </w:p>
        </w:tc>
        <w:sdt>
          <w:sdtPr>
            <w:rPr>
              <w:rFonts w:asciiTheme="majorHAnsi" w:hAnsiTheme="majorHAnsi" w:cstheme="majorHAnsi"/>
              <w:color w:val="000000"/>
              <w:sz w:val="24"/>
              <w:szCs w:val="24"/>
            </w:rPr>
            <w:id w:val="449746861"/>
            <w:placeholder>
              <w:docPart w:val="C668713EBEF348BF87F124EE45C01650"/>
            </w:placeholder>
            <w:showingPlcHdr/>
            <w:text/>
          </w:sdtPr>
          <w:sdtContent>
            <w:tc>
              <w:tcPr>
                <w:tcW w:w="7229" w:type="dxa"/>
                <w:gridSpan w:val="4"/>
                <w:vAlign w:val="center"/>
              </w:tcPr>
              <w:p w14:paraId="034D196F" w14:textId="1B3DC56E" w:rsidR="00117369" w:rsidRPr="00E94154" w:rsidRDefault="00855C21" w:rsidP="00E94154">
                <w:pPr>
                  <w:pBdr>
                    <w:top w:val="nil"/>
                    <w:left w:val="nil"/>
                    <w:bottom w:val="nil"/>
                    <w:right w:val="nil"/>
                    <w:between w:val="nil"/>
                  </w:pBdr>
                  <w:rPr>
                    <w:rFonts w:asciiTheme="majorHAnsi" w:hAnsiTheme="majorHAnsi" w:cstheme="majorHAnsi"/>
                    <w:color w:val="000000"/>
                    <w:sz w:val="24"/>
                    <w:szCs w:val="24"/>
                  </w:rPr>
                </w:pPr>
                <w:r w:rsidRPr="0085452A">
                  <w:rPr>
                    <w:rStyle w:val="PlaceholderText"/>
                  </w:rPr>
                  <w:t>Click or tap here to enter text.</w:t>
                </w:r>
              </w:p>
            </w:tc>
          </w:sdtContent>
        </w:sdt>
      </w:tr>
      <w:tr w:rsidR="00117369" w:rsidRPr="00117369" w14:paraId="56D9FC4A" w14:textId="77777777" w:rsidTr="00B96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6" w:type="dxa"/>
          <w:trHeight w:val="397"/>
        </w:trPr>
        <w:tc>
          <w:tcPr>
            <w:tcW w:w="2972" w:type="dxa"/>
            <w:vAlign w:val="center"/>
          </w:tcPr>
          <w:p w14:paraId="3BEEA34A" w14:textId="30B552D2" w:rsidR="00117369" w:rsidRPr="00E94154" w:rsidRDefault="00117369" w:rsidP="00E94154">
            <w:pPr>
              <w:spacing w:line="276" w:lineRule="auto"/>
              <w:rPr>
                <w:rFonts w:asciiTheme="majorHAnsi" w:hAnsiTheme="majorHAnsi" w:cstheme="majorHAnsi"/>
                <w:b/>
                <w:bCs/>
                <w:color w:val="000000"/>
                <w:sz w:val="24"/>
                <w:szCs w:val="24"/>
              </w:rPr>
            </w:pPr>
            <w:r w:rsidRPr="00E94154">
              <w:rPr>
                <w:rFonts w:asciiTheme="majorHAnsi" w:hAnsiTheme="majorHAnsi" w:cstheme="majorHAnsi"/>
                <w:b/>
                <w:bCs/>
                <w:color w:val="000000"/>
                <w:sz w:val="24"/>
                <w:szCs w:val="24"/>
              </w:rPr>
              <w:t>Contact Number:</w:t>
            </w:r>
          </w:p>
        </w:tc>
        <w:sdt>
          <w:sdtPr>
            <w:rPr>
              <w:rFonts w:asciiTheme="majorHAnsi" w:hAnsiTheme="majorHAnsi" w:cstheme="majorHAnsi"/>
              <w:color w:val="000000"/>
              <w:sz w:val="24"/>
              <w:szCs w:val="24"/>
            </w:rPr>
            <w:id w:val="-606040119"/>
            <w:placeholder>
              <w:docPart w:val="A5B9DB4534A7460F8E9B8C0F4F87CF56"/>
            </w:placeholder>
            <w:showingPlcHdr/>
            <w:text/>
          </w:sdtPr>
          <w:sdtContent>
            <w:tc>
              <w:tcPr>
                <w:tcW w:w="7229" w:type="dxa"/>
                <w:gridSpan w:val="4"/>
                <w:vAlign w:val="center"/>
              </w:tcPr>
              <w:p w14:paraId="4CFB1178" w14:textId="304F0605" w:rsidR="00117369" w:rsidRPr="00E94154" w:rsidRDefault="00855C21"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r w:rsidR="00117369" w:rsidRPr="00117369" w14:paraId="6AE3050D" w14:textId="77777777" w:rsidTr="00B96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26" w:type="dxa"/>
          <w:trHeight w:val="397"/>
        </w:trPr>
        <w:tc>
          <w:tcPr>
            <w:tcW w:w="2972" w:type="dxa"/>
            <w:vAlign w:val="center"/>
          </w:tcPr>
          <w:p w14:paraId="35C679F7" w14:textId="4917D859" w:rsidR="00117369" w:rsidRPr="00E94154" w:rsidRDefault="00117369" w:rsidP="00E94154">
            <w:pPr>
              <w:spacing w:line="276" w:lineRule="auto"/>
              <w:rPr>
                <w:rFonts w:asciiTheme="majorHAnsi" w:hAnsiTheme="majorHAnsi" w:cstheme="majorHAnsi"/>
                <w:b/>
                <w:bCs/>
                <w:color w:val="000000"/>
                <w:sz w:val="24"/>
                <w:szCs w:val="24"/>
              </w:rPr>
            </w:pPr>
            <w:r w:rsidRPr="00E94154">
              <w:rPr>
                <w:rFonts w:asciiTheme="majorHAnsi" w:hAnsiTheme="majorHAnsi" w:cstheme="majorHAnsi"/>
                <w:b/>
                <w:bCs/>
                <w:color w:val="000000"/>
                <w:sz w:val="24"/>
                <w:szCs w:val="24"/>
              </w:rPr>
              <w:t xml:space="preserve">E-mail Address: </w:t>
            </w:r>
          </w:p>
        </w:tc>
        <w:sdt>
          <w:sdtPr>
            <w:rPr>
              <w:rFonts w:asciiTheme="majorHAnsi" w:hAnsiTheme="majorHAnsi" w:cstheme="majorHAnsi"/>
              <w:color w:val="000000"/>
              <w:sz w:val="24"/>
              <w:szCs w:val="24"/>
            </w:rPr>
            <w:id w:val="-1794901544"/>
            <w:placeholder>
              <w:docPart w:val="207A31FCCD3D437CB8C6829A9076E217"/>
            </w:placeholder>
            <w:showingPlcHdr/>
            <w:text/>
          </w:sdtPr>
          <w:sdtContent>
            <w:tc>
              <w:tcPr>
                <w:tcW w:w="7229" w:type="dxa"/>
                <w:gridSpan w:val="4"/>
                <w:vAlign w:val="center"/>
              </w:tcPr>
              <w:p w14:paraId="1A41D708" w14:textId="283B4F4A" w:rsidR="00117369" w:rsidRPr="00E94154" w:rsidRDefault="00855C21" w:rsidP="00E94154">
                <w:pPr>
                  <w:spacing w:line="276" w:lineRule="auto"/>
                  <w:rPr>
                    <w:rFonts w:asciiTheme="majorHAnsi" w:hAnsiTheme="majorHAnsi" w:cstheme="majorHAnsi"/>
                    <w:color w:val="000000"/>
                    <w:sz w:val="24"/>
                    <w:szCs w:val="24"/>
                  </w:rPr>
                </w:pPr>
                <w:r w:rsidRPr="0085452A">
                  <w:rPr>
                    <w:rStyle w:val="PlaceholderText"/>
                  </w:rPr>
                  <w:t>Click or tap here to enter text.</w:t>
                </w:r>
              </w:p>
            </w:tc>
          </w:sdtContent>
        </w:sdt>
      </w:tr>
    </w:tbl>
    <w:p w14:paraId="1AA511A4" w14:textId="3A5EB776" w:rsidR="00FE12C3" w:rsidRDefault="00FE12C3" w:rsidP="4687FBED">
      <w:pPr>
        <w:rPr>
          <w:rFonts w:cstheme="majorBidi"/>
        </w:rPr>
      </w:pPr>
    </w:p>
    <w:p w14:paraId="5EB0FA44" w14:textId="77777777" w:rsidR="00FE12C3" w:rsidRDefault="00FE12C3">
      <w:pPr>
        <w:rPr>
          <w:rFonts w:cstheme="majorBidi"/>
        </w:rPr>
      </w:pPr>
      <w:r>
        <w:rPr>
          <w:rFonts w:cstheme="majorBidi"/>
        </w:rPr>
        <w:br w:type="page"/>
      </w:r>
    </w:p>
    <w:tbl>
      <w:tblPr>
        <w:tblStyle w:val="TableGrid"/>
        <w:tblW w:w="10627" w:type="dxa"/>
        <w:tblBorders>
          <w:top w:val="single" w:sz="4" w:space="0" w:color="E0B95A"/>
          <w:left w:val="single" w:sz="4" w:space="0" w:color="E0B95A"/>
          <w:bottom w:val="single" w:sz="4" w:space="0" w:color="E0B95A"/>
          <w:right w:val="single" w:sz="4" w:space="0" w:color="E0B95A"/>
          <w:insideH w:val="none" w:sz="0" w:space="0" w:color="auto"/>
          <w:insideV w:val="none" w:sz="0" w:space="0" w:color="auto"/>
        </w:tblBorders>
        <w:tblLook w:val="04A0" w:firstRow="1" w:lastRow="0" w:firstColumn="1" w:lastColumn="0" w:noHBand="0" w:noVBand="1"/>
      </w:tblPr>
      <w:tblGrid>
        <w:gridCol w:w="4531"/>
        <w:gridCol w:w="3406"/>
        <w:gridCol w:w="2540"/>
        <w:gridCol w:w="150"/>
      </w:tblGrid>
      <w:tr w:rsidR="00E94154" w14:paraId="405BDC72" w14:textId="77777777" w:rsidTr="00FE12C3">
        <w:trPr>
          <w:gridAfter w:val="2"/>
          <w:wAfter w:w="2690" w:type="dxa"/>
          <w:trHeight w:val="567"/>
        </w:trPr>
        <w:tc>
          <w:tcPr>
            <w:tcW w:w="7937" w:type="dxa"/>
            <w:gridSpan w:val="2"/>
            <w:shd w:val="clear" w:color="auto" w:fill="000000" w:themeFill="text1"/>
            <w:vAlign w:val="center"/>
          </w:tcPr>
          <w:p w14:paraId="343069E9" w14:textId="7772A98D" w:rsidR="00E94154" w:rsidRPr="001707A8" w:rsidRDefault="00E94154" w:rsidP="000661CA">
            <w:pPr>
              <w:pStyle w:val="Heading1"/>
              <w:spacing w:before="0"/>
              <w:rPr>
                <w:rFonts w:cstheme="majorHAnsi"/>
                <w:color w:val="E0B95A"/>
              </w:rPr>
            </w:pPr>
            <w:r>
              <w:rPr>
                <w:rFonts w:cstheme="majorHAnsi"/>
                <w:color w:val="E0B95A"/>
              </w:rPr>
              <w:lastRenderedPageBreak/>
              <w:t xml:space="preserve">D. </w:t>
            </w:r>
            <w:r w:rsidRPr="00E94154">
              <w:rPr>
                <w:rFonts w:cstheme="majorHAnsi"/>
                <w:color w:val="E0B95A"/>
              </w:rPr>
              <w:t>Declaration (Must be completed by the authorized person)</w:t>
            </w:r>
          </w:p>
        </w:tc>
      </w:tr>
      <w:tr w:rsidR="0098550F" w:rsidRPr="00117369" w14:paraId="36A12A55" w14:textId="77777777" w:rsidTr="00FE1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0" w:type="dxa"/>
        </w:trPr>
        <w:tc>
          <w:tcPr>
            <w:tcW w:w="10477" w:type="dxa"/>
            <w:gridSpan w:val="3"/>
            <w:tcBorders>
              <w:bottom w:val="single" w:sz="4" w:space="0" w:color="auto"/>
            </w:tcBorders>
          </w:tcPr>
          <w:p w14:paraId="2AC0E40E" w14:textId="77777777" w:rsidR="0098550F" w:rsidRPr="00FE12C3" w:rsidRDefault="0098550F" w:rsidP="00C401EC">
            <w:pPr>
              <w:rPr>
                <w:rFonts w:asciiTheme="majorHAnsi" w:hAnsiTheme="majorHAnsi" w:cstheme="majorHAnsi"/>
                <w:sz w:val="21"/>
                <w:szCs w:val="21"/>
              </w:rPr>
            </w:pPr>
            <w:bookmarkStart w:id="1" w:name="_Hlk197107663"/>
          </w:p>
          <w:p w14:paraId="746A7D93" w14:textId="77777777" w:rsidR="00FE12C3" w:rsidRDefault="008B320C" w:rsidP="00F32F9A">
            <w:pPr>
              <w:rPr>
                <w:rFonts w:asciiTheme="majorHAnsi" w:hAnsiTheme="majorHAnsi" w:cstheme="majorHAnsi"/>
                <w:sz w:val="21"/>
                <w:szCs w:val="21"/>
              </w:rPr>
            </w:pPr>
            <w:r w:rsidRPr="008B320C">
              <w:rPr>
                <w:rFonts w:asciiTheme="majorHAnsi" w:hAnsiTheme="majorHAnsi" w:cstheme="majorHAnsi"/>
                <w:sz w:val="21"/>
                <w:szCs w:val="21"/>
              </w:rPr>
              <w:t>To be completed and signed by the company’s Chief Executive Officer (CEO), Managing Director, Chief Financial Officer (or equivalent), for Business Awards; and by the nominee or an authorized representative for Individual Awards of the ASEAN Business Awards 2025 (“</w:t>
            </w:r>
            <w:r w:rsidRPr="008B320C">
              <w:rPr>
                <w:rFonts w:asciiTheme="majorHAnsi" w:hAnsiTheme="majorHAnsi" w:cstheme="majorHAnsi"/>
                <w:b/>
                <w:bCs/>
                <w:sz w:val="21"/>
                <w:szCs w:val="21"/>
              </w:rPr>
              <w:t>Award</w:t>
            </w:r>
            <w:r w:rsidRPr="008B320C">
              <w:rPr>
                <w:rFonts w:asciiTheme="majorHAnsi" w:hAnsiTheme="majorHAnsi" w:cstheme="majorHAnsi"/>
                <w:sz w:val="21"/>
                <w:szCs w:val="21"/>
              </w:rPr>
              <w:t>”):</w:t>
            </w:r>
          </w:p>
          <w:p w14:paraId="3CDE48F1" w14:textId="438CD74B" w:rsidR="008B320C" w:rsidRPr="00FE12C3" w:rsidRDefault="008B320C" w:rsidP="00F32F9A">
            <w:pPr>
              <w:rPr>
                <w:rFonts w:asciiTheme="majorHAnsi" w:hAnsiTheme="majorHAnsi" w:cstheme="majorHAnsi"/>
                <w:sz w:val="21"/>
                <w:szCs w:val="21"/>
              </w:rPr>
            </w:pPr>
          </w:p>
        </w:tc>
      </w:tr>
      <w:tr w:rsidR="0098550F" w:rsidRPr="00117369" w14:paraId="31E12BBA" w14:textId="77777777" w:rsidTr="00FE1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0" w:type="dxa"/>
        </w:trPr>
        <w:tc>
          <w:tcPr>
            <w:tcW w:w="10477" w:type="dxa"/>
            <w:gridSpan w:val="3"/>
            <w:tcBorders>
              <w:top w:val="single" w:sz="4" w:space="0" w:color="auto"/>
              <w:left w:val="single" w:sz="4" w:space="0" w:color="auto"/>
              <w:bottom w:val="nil"/>
              <w:right w:val="single" w:sz="4" w:space="0" w:color="auto"/>
            </w:tcBorders>
          </w:tcPr>
          <w:p w14:paraId="5FE1BE1E" w14:textId="77777777" w:rsidR="0098550F" w:rsidRPr="00FE12C3" w:rsidRDefault="0098550F" w:rsidP="00C401EC">
            <w:pPr>
              <w:rPr>
                <w:rFonts w:asciiTheme="majorHAnsi" w:hAnsiTheme="majorHAnsi" w:cstheme="majorHAnsi"/>
                <w:sz w:val="21"/>
                <w:szCs w:val="21"/>
              </w:rPr>
            </w:pPr>
          </w:p>
          <w:p w14:paraId="072D4421" w14:textId="77777777" w:rsidR="00FE12C3" w:rsidRPr="00FE12C3" w:rsidRDefault="00FE12C3" w:rsidP="00FE12C3">
            <w:pPr>
              <w:rPr>
                <w:rFonts w:asciiTheme="majorHAnsi" w:hAnsiTheme="majorHAnsi" w:cstheme="majorHAnsi"/>
                <w:sz w:val="21"/>
                <w:szCs w:val="21"/>
              </w:rPr>
            </w:pPr>
            <w:r w:rsidRPr="00FE12C3">
              <w:rPr>
                <w:rFonts w:asciiTheme="majorHAnsi" w:hAnsiTheme="majorHAnsi" w:cstheme="majorHAnsi"/>
                <w:sz w:val="21"/>
                <w:szCs w:val="21"/>
              </w:rPr>
              <w:t xml:space="preserve">I hereby declare that the facts stated in this application together with the accompanying information are true and correct, to the best of my knowledge, and satisfy the eligibility criteria for the Award. I declare that the information provided in this information </w:t>
            </w:r>
            <w:proofErr w:type="gramStart"/>
            <w:r w:rsidRPr="00FE12C3">
              <w:rPr>
                <w:rFonts w:asciiTheme="majorHAnsi" w:hAnsiTheme="majorHAnsi" w:cstheme="majorHAnsi"/>
                <w:sz w:val="21"/>
                <w:szCs w:val="21"/>
              </w:rPr>
              <w:t>form</w:t>
            </w:r>
            <w:proofErr w:type="gramEnd"/>
            <w:r w:rsidRPr="00FE12C3">
              <w:rPr>
                <w:rFonts w:asciiTheme="majorHAnsi" w:hAnsiTheme="majorHAnsi" w:cstheme="majorHAnsi"/>
                <w:sz w:val="21"/>
                <w:szCs w:val="21"/>
              </w:rPr>
              <w:t xml:space="preserve"> and the attached profile is true and correct and complete.</w:t>
            </w:r>
          </w:p>
          <w:p w14:paraId="22072265" w14:textId="77777777" w:rsidR="00FE12C3" w:rsidRPr="00FE12C3" w:rsidRDefault="00FE12C3" w:rsidP="00FE12C3">
            <w:pPr>
              <w:rPr>
                <w:rFonts w:asciiTheme="majorHAnsi" w:hAnsiTheme="majorHAnsi" w:cstheme="majorHAnsi"/>
                <w:sz w:val="21"/>
                <w:szCs w:val="21"/>
              </w:rPr>
            </w:pPr>
          </w:p>
          <w:p w14:paraId="6E9B57AA" w14:textId="2610A74E" w:rsidR="00FE12C3" w:rsidRPr="00FE12C3" w:rsidRDefault="00FE12C3" w:rsidP="00FE12C3">
            <w:pPr>
              <w:rPr>
                <w:rFonts w:asciiTheme="majorHAnsi" w:hAnsiTheme="majorHAnsi" w:cstheme="majorHAnsi"/>
                <w:sz w:val="21"/>
                <w:szCs w:val="21"/>
              </w:rPr>
            </w:pPr>
            <w:r w:rsidRPr="00FE12C3">
              <w:rPr>
                <w:rFonts w:asciiTheme="majorHAnsi" w:hAnsiTheme="majorHAnsi" w:cstheme="majorHAnsi"/>
                <w:sz w:val="21"/>
                <w:szCs w:val="21"/>
              </w:rPr>
              <w:t>I acknowledge that ASEAN-BAC, its affiliates, officers, employees, contractors, agents, representatives, award committee, knowledge partner and/or the independent national and regional judging panels in connection with the Award may review, validate, and rely upon the information provided in this application. I further agree that ASEAN-BAC, its affiliates, officers, employees, contractors, agents, representatives, award committee, knowledge partner and/or the independent national and regional judging panels in connection with the Award shall not be liable for any loss, damage, or claim arising from or in connection with the reliance upon such information.</w:t>
            </w:r>
          </w:p>
          <w:p w14:paraId="6F79B55C" w14:textId="77777777" w:rsidR="00FE12C3" w:rsidRPr="00FE12C3" w:rsidRDefault="00FE12C3" w:rsidP="00FE12C3">
            <w:pPr>
              <w:rPr>
                <w:rFonts w:asciiTheme="majorHAnsi" w:hAnsiTheme="majorHAnsi" w:cstheme="majorHAnsi"/>
                <w:sz w:val="21"/>
                <w:szCs w:val="21"/>
              </w:rPr>
            </w:pPr>
          </w:p>
          <w:p w14:paraId="587EFF01" w14:textId="77777777" w:rsidR="00FE12C3" w:rsidRPr="00FE12C3" w:rsidRDefault="00FE12C3" w:rsidP="00FE12C3">
            <w:pPr>
              <w:rPr>
                <w:rFonts w:asciiTheme="majorHAnsi" w:hAnsiTheme="majorHAnsi" w:cstheme="majorHAnsi"/>
                <w:sz w:val="21"/>
                <w:szCs w:val="21"/>
              </w:rPr>
            </w:pPr>
            <w:r w:rsidRPr="00FE12C3">
              <w:rPr>
                <w:rFonts w:asciiTheme="majorHAnsi" w:hAnsiTheme="majorHAnsi" w:cstheme="majorHAnsi"/>
                <w:sz w:val="21"/>
                <w:szCs w:val="21"/>
              </w:rPr>
              <w:t>If I am selected as a finalist or award recipient, I hereby irrevocably authorize the release and use, in connection with the Award, of my name, my company’s name, non-financial information, photographs, video or audio recordings of me,  and/or other materials provided or created in connection with the Award, in any form of media, now known or later developed, worldwide, without further notice or compensation, for publicity, promotional, and marketing purposes.</w:t>
            </w:r>
          </w:p>
          <w:p w14:paraId="20E27640" w14:textId="77777777" w:rsidR="00FE12C3" w:rsidRPr="00FE12C3" w:rsidRDefault="00FE12C3" w:rsidP="00FE12C3">
            <w:pPr>
              <w:rPr>
                <w:rFonts w:asciiTheme="majorHAnsi" w:hAnsiTheme="majorHAnsi" w:cstheme="majorHAnsi"/>
                <w:sz w:val="21"/>
                <w:szCs w:val="21"/>
              </w:rPr>
            </w:pPr>
          </w:p>
          <w:p w14:paraId="1B09B915" w14:textId="77777777" w:rsidR="00FE12C3" w:rsidRPr="00FE12C3" w:rsidRDefault="00FE12C3" w:rsidP="00FE12C3">
            <w:pPr>
              <w:rPr>
                <w:rFonts w:asciiTheme="majorHAnsi" w:hAnsiTheme="majorHAnsi" w:cstheme="majorHAnsi"/>
                <w:sz w:val="21"/>
                <w:szCs w:val="21"/>
              </w:rPr>
            </w:pPr>
            <w:r w:rsidRPr="00FE12C3">
              <w:rPr>
                <w:rFonts w:asciiTheme="majorHAnsi" w:hAnsiTheme="majorHAnsi" w:cstheme="majorHAnsi"/>
                <w:sz w:val="21"/>
                <w:szCs w:val="21"/>
              </w:rPr>
              <w:t>I understand that by signing this declaration, I have read, understood, and agreed to the above. I further represent and warrant that I am duly authorised and legally competent to execute this declaration and to bind myself and my company to its terms.</w:t>
            </w:r>
          </w:p>
          <w:p w14:paraId="5836C145" w14:textId="77777777" w:rsidR="00FE12C3" w:rsidRPr="00FE12C3" w:rsidRDefault="00FE12C3" w:rsidP="00FE12C3">
            <w:pPr>
              <w:rPr>
                <w:rFonts w:asciiTheme="majorHAnsi" w:hAnsiTheme="majorHAnsi" w:cstheme="majorHAnsi"/>
                <w:sz w:val="21"/>
                <w:szCs w:val="21"/>
              </w:rPr>
            </w:pPr>
          </w:p>
          <w:p w14:paraId="5F0E2DCC" w14:textId="77777777" w:rsidR="00FE12C3" w:rsidRPr="00FE12C3" w:rsidRDefault="00FE12C3" w:rsidP="00FE12C3">
            <w:pPr>
              <w:rPr>
                <w:rFonts w:asciiTheme="majorHAnsi" w:hAnsiTheme="majorHAnsi" w:cstheme="majorHAnsi"/>
                <w:sz w:val="21"/>
                <w:szCs w:val="21"/>
              </w:rPr>
            </w:pPr>
            <w:r w:rsidRPr="00FE12C3">
              <w:rPr>
                <w:rFonts w:asciiTheme="majorHAnsi" w:hAnsiTheme="majorHAnsi" w:cstheme="majorHAnsi"/>
                <w:sz w:val="21"/>
                <w:szCs w:val="21"/>
              </w:rPr>
              <w:t>By submitting this application and making the above declaration, I further confirm that:</w:t>
            </w:r>
          </w:p>
          <w:p w14:paraId="2F2C1F71" w14:textId="77777777" w:rsidR="00FE12C3" w:rsidRPr="00FE12C3" w:rsidRDefault="00FE12C3" w:rsidP="00FE12C3">
            <w:pPr>
              <w:rPr>
                <w:rFonts w:asciiTheme="majorHAnsi" w:hAnsiTheme="majorHAnsi" w:cstheme="majorHAnsi"/>
                <w:sz w:val="21"/>
                <w:szCs w:val="21"/>
              </w:rPr>
            </w:pPr>
          </w:p>
          <w:p w14:paraId="78424FDC" w14:textId="22FEAF66" w:rsidR="00FE12C3" w:rsidRPr="00FE12C3" w:rsidRDefault="00FE12C3" w:rsidP="00FE12C3">
            <w:pPr>
              <w:pStyle w:val="ListParagraph"/>
              <w:numPr>
                <w:ilvl w:val="0"/>
                <w:numId w:val="16"/>
              </w:numPr>
              <w:rPr>
                <w:rFonts w:asciiTheme="majorHAnsi" w:hAnsiTheme="majorHAnsi" w:cstheme="majorHAnsi"/>
                <w:sz w:val="21"/>
                <w:szCs w:val="21"/>
              </w:rPr>
            </w:pPr>
            <w:r w:rsidRPr="00FE12C3">
              <w:rPr>
                <w:rFonts w:asciiTheme="majorHAnsi" w:hAnsiTheme="majorHAnsi" w:cstheme="majorHAnsi"/>
                <w:sz w:val="21"/>
                <w:szCs w:val="21"/>
              </w:rPr>
              <w:t>I acknowledge and consent to the collection, use, processing, and disclosure of my personal data and that of my company in accordance with the Personal Data Protection Act 2010 (Malaysia) and any other applicable data protection laws, for purposes reasonably related to the administration of the ASEAN Business Awards 2025, as outlined in this declaration and related terms and conditions; and</w:t>
            </w:r>
          </w:p>
          <w:p w14:paraId="792CD99C" w14:textId="55855CB4" w:rsidR="00766EFB" w:rsidRPr="00FE12C3" w:rsidRDefault="00FE12C3" w:rsidP="00FE12C3">
            <w:pPr>
              <w:pStyle w:val="ListParagraph"/>
              <w:numPr>
                <w:ilvl w:val="0"/>
                <w:numId w:val="16"/>
              </w:numPr>
              <w:rPr>
                <w:rFonts w:asciiTheme="majorHAnsi" w:hAnsiTheme="majorHAnsi" w:cstheme="majorHAnsi"/>
                <w:sz w:val="21"/>
                <w:szCs w:val="21"/>
              </w:rPr>
            </w:pPr>
            <w:r w:rsidRPr="00FE12C3">
              <w:rPr>
                <w:rFonts w:asciiTheme="majorHAnsi" w:hAnsiTheme="majorHAnsi" w:cstheme="majorHAnsi"/>
                <w:sz w:val="21"/>
                <w:szCs w:val="21"/>
              </w:rPr>
              <w:t>I have read and understood the Terms and Conditions set out below and I confirm my acceptance of, and consent to be bound by, the Terms and Conditions set out below.</w:t>
            </w:r>
          </w:p>
          <w:p w14:paraId="4FDAB5B7" w14:textId="77777777" w:rsidR="00FE12C3" w:rsidRPr="00FE12C3" w:rsidRDefault="00FE12C3" w:rsidP="00FE12C3">
            <w:pPr>
              <w:rPr>
                <w:rFonts w:asciiTheme="majorHAnsi" w:hAnsiTheme="majorHAnsi" w:cstheme="majorHAnsi"/>
                <w:sz w:val="21"/>
                <w:szCs w:val="21"/>
              </w:rPr>
            </w:pPr>
          </w:p>
          <w:p w14:paraId="33DC9F89" w14:textId="3E5CDCA5" w:rsidR="00766EFB" w:rsidRPr="00FE12C3" w:rsidRDefault="00766EFB" w:rsidP="00766EFB">
            <w:pPr>
              <w:pStyle w:val="ListParagraph"/>
              <w:ind w:left="1080"/>
              <w:rPr>
                <w:rFonts w:asciiTheme="majorHAnsi" w:hAnsiTheme="majorHAnsi" w:cstheme="majorHAnsi"/>
                <w:sz w:val="21"/>
                <w:szCs w:val="21"/>
              </w:rPr>
            </w:pPr>
          </w:p>
        </w:tc>
      </w:tr>
      <w:tr w:rsidR="0098550F" w:rsidRPr="00117369" w14:paraId="3D6852FE" w14:textId="77777777" w:rsidTr="00FE1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0" w:type="dxa"/>
          <w:trHeight w:val="1134"/>
        </w:trPr>
        <w:tc>
          <w:tcPr>
            <w:tcW w:w="4531" w:type="dxa"/>
            <w:tcBorders>
              <w:top w:val="nil"/>
              <w:left w:val="single" w:sz="4" w:space="0" w:color="auto"/>
              <w:bottom w:val="single" w:sz="4" w:space="0" w:color="auto"/>
              <w:right w:val="nil"/>
            </w:tcBorders>
          </w:tcPr>
          <w:p w14:paraId="660DE21C" w14:textId="75DE7FB9" w:rsidR="0098550F" w:rsidRPr="006504A8" w:rsidRDefault="0098550F" w:rsidP="00C401EC">
            <w:pPr>
              <w:rPr>
                <w:rFonts w:asciiTheme="majorHAnsi" w:hAnsiTheme="majorHAnsi" w:cstheme="majorHAnsi"/>
                <w:sz w:val="24"/>
                <w:szCs w:val="24"/>
              </w:rPr>
            </w:pPr>
            <w:bookmarkStart w:id="2" w:name="_Hlk197107670"/>
            <w:bookmarkEnd w:id="1"/>
            <w:r w:rsidRPr="006504A8">
              <w:rPr>
                <w:rFonts w:asciiTheme="majorHAnsi" w:hAnsiTheme="majorHAnsi" w:cstheme="majorHAnsi"/>
                <w:sz w:val="24"/>
                <w:szCs w:val="24"/>
              </w:rPr>
              <w:t xml:space="preserve">Name: </w:t>
            </w:r>
            <w:r w:rsidR="00855C21" w:rsidRPr="006504A8">
              <w:rPr>
                <w:rFonts w:asciiTheme="majorHAnsi" w:hAnsiTheme="majorHAnsi" w:cstheme="majorHAnsi"/>
                <w:sz w:val="24"/>
                <w:szCs w:val="24"/>
              </w:rPr>
              <w:t xml:space="preserve">    </w:t>
            </w:r>
            <w:sdt>
              <w:sdtPr>
                <w:rPr>
                  <w:rFonts w:asciiTheme="majorHAnsi" w:hAnsiTheme="majorHAnsi" w:cstheme="majorHAnsi"/>
                  <w:sz w:val="24"/>
                  <w:szCs w:val="24"/>
                </w:rPr>
                <w:id w:val="1359773470"/>
                <w:placeholder>
                  <w:docPart w:val="DefaultPlaceholder_-1854013440"/>
                </w:placeholder>
                <w:showingPlcHdr/>
              </w:sdtPr>
              <w:sdtContent>
                <w:r w:rsidR="00537E34" w:rsidRPr="006504A8">
                  <w:rPr>
                    <w:rStyle w:val="PlaceholderText"/>
                    <w:sz w:val="24"/>
                    <w:szCs w:val="24"/>
                  </w:rPr>
                  <w:t>Click or tap here to enter text.</w:t>
                </w:r>
              </w:sdtContent>
            </w:sdt>
          </w:p>
          <w:p w14:paraId="3DA84BED" w14:textId="73D6D92F" w:rsidR="0098550F" w:rsidRPr="006504A8" w:rsidRDefault="0052051C" w:rsidP="00C401EC">
            <w:pPr>
              <w:rPr>
                <w:rFonts w:asciiTheme="majorHAnsi" w:hAnsiTheme="majorHAnsi" w:cstheme="majorHAnsi"/>
                <w:sz w:val="24"/>
                <w:szCs w:val="24"/>
              </w:rPr>
            </w:pPr>
            <w:r w:rsidRPr="006504A8">
              <w:rPr>
                <w:rFonts w:asciiTheme="majorHAnsi" w:hAnsiTheme="majorHAnsi" w:cstheme="majorHAnsi"/>
                <w:noProof/>
                <w:sz w:val="24"/>
                <w:szCs w:val="24"/>
              </w:rPr>
              <mc:AlternateContent>
                <mc:Choice Requires="wps">
                  <w:drawing>
                    <wp:anchor distT="0" distB="0" distL="114300" distR="114300" simplePos="0" relativeHeight="251658241" behindDoc="0" locked="0" layoutInCell="1" allowOverlap="1" wp14:anchorId="6644B2E9" wp14:editId="2A1B0A44">
                      <wp:simplePos x="0" y="0"/>
                      <wp:positionH relativeFrom="column">
                        <wp:posOffset>467360</wp:posOffset>
                      </wp:positionH>
                      <wp:positionV relativeFrom="paragraph">
                        <wp:posOffset>10795</wp:posOffset>
                      </wp:positionV>
                      <wp:extent cx="2268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26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37047E"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pt,.85pt" to="21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" strokecolor="black [3040]"/>
                  </w:pict>
                </mc:Fallback>
              </mc:AlternateContent>
            </w:r>
          </w:p>
          <w:p w14:paraId="3E004CE6" w14:textId="67D4E711" w:rsidR="0098550F" w:rsidRPr="00766EFB" w:rsidRDefault="006504A8" w:rsidP="00C401EC">
            <w:pPr>
              <w:rPr>
                <w:rFonts w:asciiTheme="majorHAnsi" w:hAnsiTheme="majorHAnsi" w:cstheme="majorHAnsi"/>
                <w:sz w:val="24"/>
                <w:szCs w:val="24"/>
                <w:u w:val="single"/>
              </w:rPr>
            </w:pPr>
            <w:r w:rsidRPr="006504A8">
              <w:rPr>
                <w:rFonts w:asciiTheme="majorHAnsi" w:hAnsiTheme="majorHAnsi" w:cstheme="majorHAnsi"/>
                <w:noProof/>
                <w:sz w:val="24"/>
                <w:szCs w:val="24"/>
              </w:rPr>
              <mc:AlternateContent>
                <mc:Choice Requires="wps">
                  <w:drawing>
                    <wp:anchor distT="0" distB="0" distL="114300" distR="114300" simplePos="0" relativeHeight="251658242" behindDoc="0" locked="0" layoutInCell="1" allowOverlap="1" wp14:anchorId="68FBC264" wp14:editId="270EDCFA">
                      <wp:simplePos x="0" y="0"/>
                      <wp:positionH relativeFrom="column">
                        <wp:posOffset>643890</wp:posOffset>
                      </wp:positionH>
                      <wp:positionV relativeFrom="paragraph">
                        <wp:posOffset>749579</wp:posOffset>
                      </wp:positionV>
                      <wp:extent cx="20160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201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A2B132" id="Straight Connector 10"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7pt,59pt" to="209.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" strokecolor="black [3040]"/>
                  </w:pict>
                </mc:Fallback>
              </mc:AlternateContent>
            </w:r>
            <w:r w:rsidR="0098550F" w:rsidRPr="006504A8">
              <w:rPr>
                <w:rFonts w:asciiTheme="majorHAnsi" w:hAnsiTheme="majorHAnsi" w:cstheme="majorHAnsi"/>
                <w:sz w:val="24"/>
                <w:szCs w:val="24"/>
              </w:rPr>
              <w:t xml:space="preserve">Signature: </w:t>
            </w:r>
            <w:r w:rsidR="00855C21" w:rsidRPr="006504A8">
              <w:rPr>
                <w:rFonts w:asciiTheme="majorHAnsi" w:hAnsiTheme="majorHAnsi" w:cstheme="majorHAnsi"/>
                <w:sz w:val="24"/>
                <w:szCs w:val="24"/>
              </w:rPr>
              <w:t xml:space="preserve">  </w:t>
            </w:r>
            <w:sdt>
              <w:sdtPr>
                <w:rPr>
                  <w:rFonts w:asciiTheme="majorHAnsi" w:hAnsiTheme="majorHAnsi" w:cstheme="majorHAnsi"/>
                  <w:sz w:val="24"/>
                  <w:szCs w:val="24"/>
                </w:rPr>
                <w:id w:val="-1987386792"/>
                <w:showingPlcHdr/>
                <w:picture/>
              </w:sdtPr>
              <w:sdtContent>
                <w:r w:rsidR="0052051C" w:rsidRPr="006504A8">
                  <w:rPr>
                    <w:rFonts w:asciiTheme="majorHAnsi" w:hAnsiTheme="majorHAnsi" w:cstheme="majorHAnsi"/>
                    <w:noProof/>
                    <w:sz w:val="24"/>
                    <w:szCs w:val="24"/>
                  </w:rPr>
                  <w:drawing>
                    <wp:inline distT="0" distB="0" distL="0" distR="0" wp14:anchorId="346AF431" wp14:editId="20CB8AD8">
                      <wp:extent cx="664818" cy="664818"/>
                      <wp:effectExtent l="0" t="0" r="2540" b="2540"/>
                      <wp:docPr id="16133132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818" cy="664818"/>
                              </a:xfrm>
                              <a:prstGeom prst="rect">
                                <a:avLst/>
                              </a:prstGeom>
                              <a:noFill/>
                              <a:ln>
                                <a:noFill/>
                              </a:ln>
                            </pic:spPr>
                          </pic:pic>
                        </a:graphicData>
                      </a:graphic>
                    </wp:inline>
                  </w:drawing>
                </w:r>
              </w:sdtContent>
            </w:sdt>
          </w:p>
        </w:tc>
        <w:tc>
          <w:tcPr>
            <w:tcW w:w="5946" w:type="dxa"/>
            <w:gridSpan w:val="2"/>
            <w:tcBorders>
              <w:top w:val="nil"/>
              <w:left w:val="nil"/>
              <w:bottom w:val="single" w:sz="4" w:space="0" w:color="auto"/>
              <w:right w:val="single" w:sz="4" w:space="0" w:color="auto"/>
            </w:tcBorders>
          </w:tcPr>
          <w:p w14:paraId="79C96809" w14:textId="5E6EF961" w:rsidR="00855C21" w:rsidRPr="00766EFB" w:rsidRDefault="0098550F" w:rsidP="00C401EC">
            <w:pPr>
              <w:rPr>
                <w:rFonts w:cstheme="majorHAnsi"/>
                <w:sz w:val="24"/>
                <w:szCs w:val="24"/>
              </w:rPr>
            </w:pPr>
            <w:r w:rsidRPr="006504A8">
              <w:rPr>
                <w:rFonts w:asciiTheme="majorHAnsi" w:hAnsiTheme="majorHAnsi" w:cstheme="majorHAnsi"/>
                <w:sz w:val="24"/>
                <w:szCs w:val="24"/>
              </w:rPr>
              <w:t xml:space="preserve">Designation (if company): </w:t>
            </w:r>
            <w:r w:rsidR="00537E34" w:rsidRPr="006504A8">
              <w:rPr>
                <w:rFonts w:asciiTheme="majorHAnsi" w:hAnsiTheme="majorHAnsi" w:cstheme="majorHAnsi"/>
                <w:sz w:val="24"/>
                <w:szCs w:val="24"/>
              </w:rPr>
              <w:t xml:space="preserve"> </w:t>
            </w:r>
            <w:sdt>
              <w:sdtPr>
                <w:rPr>
                  <w:rFonts w:asciiTheme="majorHAnsi" w:hAnsiTheme="majorHAnsi" w:cstheme="majorHAnsi"/>
                  <w:sz w:val="24"/>
                  <w:szCs w:val="24"/>
                </w:rPr>
                <w:id w:val="-415864486"/>
                <w:placeholder>
                  <w:docPart w:val="DefaultPlaceholder_-1854013440"/>
                </w:placeholder>
                <w:showingPlcHdr/>
                <w:text/>
              </w:sdtPr>
              <w:sdtContent>
                <w:r w:rsidR="006504A8" w:rsidRPr="006504A8">
                  <w:rPr>
                    <w:rStyle w:val="PlaceholderText"/>
                    <w:sz w:val="24"/>
                    <w:szCs w:val="24"/>
                  </w:rPr>
                  <w:t>Click or tap here to enter text.</w:t>
                </w:r>
              </w:sdtContent>
            </w:sdt>
          </w:p>
          <w:p w14:paraId="1CB2C98A" w14:textId="478158A4" w:rsidR="006504A8" w:rsidRPr="006504A8" w:rsidRDefault="006504A8" w:rsidP="00C401EC">
            <w:pPr>
              <w:rPr>
                <w:rFonts w:asciiTheme="majorHAnsi" w:hAnsiTheme="majorHAnsi" w:cstheme="majorHAnsi"/>
                <w:sz w:val="24"/>
                <w:szCs w:val="24"/>
              </w:rPr>
            </w:pPr>
            <w:r w:rsidRPr="006504A8">
              <w:rPr>
                <w:rFonts w:asciiTheme="majorHAnsi" w:hAnsiTheme="majorHAnsi" w:cstheme="majorHAnsi"/>
                <w:noProof/>
                <w:sz w:val="24"/>
                <w:szCs w:val="24"/>
              </w:rPr>
              <mc:AlternateContent>
                <mc:Choice Requires="wps">
                  <w:drawing>
                    <wp:anchor distT="0" distB="0" distL="114300" distR="114300" simplePos="0" relativeHeight="251658240" behindDoc="0" locked="0" layoutInCell="1" allowOverlap="1" wp14:anchorId="22F86F58" wp14:editId="3B9A3332">
                      <wp:simplePos x="0" y="0"/>
                      <wp:positionH relativeFrom="column">
                        <wp:posOffset>1644650</wp:posOffset>
                      </wp:positionH>
                      <wp:positionV relativeFrom="paragraph">
                        <wp:posOffset>17145</wp:posOffset>
                      </wp:positionV>
                      <wp:extent cx="19440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94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6E4922" id="Straight Connector 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5pt,1.35pt" to="28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" strokecolor="black [3040]"/>
                  </w:pict>
                </mc:Fallback>
              </mc:AlternateContent>
            </w:r>
          </w:p>
          <w:p w14:paraId="3FB3FB96" w14:textId="77777777" w:rsidR="0052051C" w:rsidRPr="006504A8" w:rsidRDefault="0052051C" w:rsidP="00C401EC">
            <w:pPr>
              <w:rPr>
                <w:rFonts w:asciiTheme="majorHAnsi" w:hAnsiTheme="majorHAnsi" w:cstheme="majorHAnsi"/>
                <w:sz w:val="24"/>
                <w:szCs w:val="24"/>
              </w:rPr>
            </w:pPr>
          </w:p>
          <w:p w14:paraId="5ABF0457" w14:textId="77777777" w:rsidR="006504A8" w:rsidRPr="006504A8" w:rsidRDefault="006504A8" w:rsidP="00C401EC">
            <w:pPr>
              <w:rPr>
                <w:rFonts w:asciiTheme="majorHAnsi" w:hAnsiTheme="majorHAnsi" w:cstheme="majorHAnsi"/>
                <w:sz w:val="24"/>
                <w:szCs w:val="24"/>
              </w:rPr>
            </w:pPr>
          </w:p>
          <w:p w14:paraId="7229599C" w14:textId="77777777" w:rsidR="00FE12C3" w:rsidRDefault="00FE12C3" w:rsidP="00C401EC">
            <w:pPr>
              <w:rPr>
                <w:rFonts w:asciiTheme="majorHAnsi" w:hAnsiTheme="majorHAnsi" w:cstheme="majorHAnsi"/>
                <w:sz w:val="24"/>
                <w:szCs w:val="24"/>
              </w:rPr>
            </w:pPr>
          </w:p>
          <w:p w14:paraId="062BF6BC" w14:textId="6627FEF1" w:rsidR="00FE12C3" w:rsidRDefault="0098550F" w:rsidP="00C401EC">
            <w:pPr>
              <w:rPr>
                <w:rFonts w:asciiTheme="majorHAnsi" w:hAnsiTheme="majorHAnsi" w:cstheme="majorHAnsi"/>
                <w:sz w:val="24"/>
                <w:szCs w:val="24"/>
              </w:rPr>
            </w:pPr>
            <w:r w:rsidRPr="006504A8">
              <w:rPr>
                <w:rFonts w:asciiTheme="majorHAnsi" w:hAnsiTheme="majorHAnsi" w:cstheme="majorHAnsi"/>
                <w:sz w:val="24"/>
                <w:szCs w:val="24"/>
              </w:rPr>
              <w:t>Date:</w:t>
            </w:r>
            <w:r w:rsidR="00FE12C3">
              <w:rPr>
                <w:rFonts w:asciiTheme="majorHAnsi" w:hAnsiTheme="majorHAnsi" w:cstheme="majorHAnsi"/>
                <w:sz w:val="24"/>
                <w:szCs w:val="24"/>
              </w:rPr>
              <w:t xml:space="preserve"> </w:t>
            </w:r>
            <w:sdt>
              <w:sdtPr>
                <w:rPr>
                  <w:rFonts w:asciiTheme="majorHAnsi" w:hAnsiTheme="majorHAnsi" w:cstheme="majorHAnsi"/>
                  <w:sz w:val="24"/>
                  <w:szCs w:val="24"/>
                </w:rPr>
                <w:id w:val="963472345"/>
                <w:placeholder>
                  <w:docPart w:val="DefaultPlaceholder_-1854013440"/>
                </w:placeholder>
                <w:showingPlcHdr/>
              </w:sdtPr>
              <w:sdtContent>
                <w:r w:rsidR="00FE12C3" w:rsidRPr="0085452A">
                  <w:rPr>
                    <w:rStyle w:val="PlaceholderText"/>
                  </w:rPr>
                  <w:t>Click or tap here to enter text.</w:t>
                </w:r>
              </w:sdtContent>
            </w:sdt>
          </w:p>
          <w:p w14:paraId="79514245" w14:textId="276C4915" w:rsidR="0098550F" w:rsidRPr="006504A8" w:rsidRDefault="00FE12C3" w:rsidP="00C401EC">
            <w:pPr>
              <w:rPr>
                <w:rFonts w:asciiTheme="majorHAnsi" w:hAnsiTheme="majorHAnsi" w:cstheme="majorHAnsi"/>
                <w:sz w:val="24"/>
                <w:szCs w:val="24"/>
                <w:u w:val="single"/>
              </w:rPr>
            </w:pPr>
            <w:r w:rsidRPr="006504A8">
              <w:rPr>
                <w:rFonts w:asciiTheme="majorHAnsi" w:hAnsiTheme="majorHAnsi" w:cstheme="majorHAnsi"/>
                <w:noProof/>
                <w:sz w:val="24"/>
                <w:szCs w:val="24"/>
              </w:rPr>
              <mc:AlternateContent>
                <mc:Choice Requires="wps">
                  <w:drawing>
                    <wp:anchor distT="0" distB="0" distL="114300" distR="114300" simplePos="0" relativeHeight="251658243" behindDoc="0" locked="0" layoutInCell="1" allowOverlap="1" wp14:anchorId="7BF17CCE" wp14:editId="00402D4E">
                      <wp:simplePos x="0" y="0"/>
                      <wp:positionH relativeFrom="column">
                        <wp:posOffset>365125</wp:posOffset>
                      </wp:positionH>
                      <wp:positionV relativeFrom="paragraph">
                        <wp:posOffset>6629</wp:posOffset>
                      </wp:positionV>
                      <wp:extent cx="32400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324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87E4AF" id="Straight Connector 11"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5pt,.5pt" to="283.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" strokecolor="black [3040]"/>
                  </w:pict>
                </mc:Fallback>
              </mc:AlternateContent>
            </w:r>
          </w:p>
        </w:tc>
      </w:tr>
      <w:bookmarkEnd w:id="2"/>
      <w:tr w:rsidR="003B6F58" w:rsidRPr="00117369" w14:paraId="753D02F0" w14:textId="77777777" w:rsidTr="00FE1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trPr>
        <w:tc>
          <w:tcPr>
            <w:tcW w:w="10627" w:type="dxa"/>
            <w:gridSpan w:val="4"/>
            <w:shd w:val="clear" w:color="auto" w:fill="000000" w:themeFill="text1"/>
            <w:vAlign w:val="center"/>
          </w:tcPr>
          <w:p w14:paraId="3380F4D3" w14:textId="7CD3402B" w:rsidR="003B6F58" w:rsidRPr="00117369" w:rsidRDefault="00766EFB" w:rsidP="00C401EC">
            <w:pPr>
              <w:rPr>
                <w:rFonts w:asciiTheme="majorHAnsi" w:hAnsiTheme="majorHAnsi" w:cstheme="majorHAnsi"/>
                <w:b/>
                <w:bCs/>
                <w:color w:val="FFFFFF" w:themeColor="background1"/>
              </w:rPr>
            </w:pPr>
            <w:r>
              <w:rPr>
                <w:rFonts w:asciiTheme="majorHAnsi" w:hAnsiTheme="majorHAnsi" w:cstheme="majorHAnsi"/>
                <w:b/>
                <w:bCs/>
                <w:color w:val="E0B95A"/>
                <w:sz w:val="28"/>
                <w:szCs w:val="28"/>
              </w:rPr>
              <w:lastRenderedPageBreak/>
              <w:t>C</w:t>
            </w:r>
            <w:r w:rsidR="00DF1A89" w:rsidRPr="00B16571">
              <w:rPr>
                <w:rFonts w:asciiTheme="majorHAnsi" w:hAnsiTheme="majorHAnsi" w:cstheme="majorHAnsi"/>
                <w:b/>
                <w:bCs/>
                <w:color w:val="E0B95A"/>
                <w:sz w:val="28"/>
                <w:szCs w:val="28"/>
              </w:rPr>
              <w:t>hecklist</w:t>
            </w:r>
            <w:r w:rsidR="00F32F9A">
              <w:rPr>
                <w:rFonts w:asciiTheme="majorHAnsi" w:hAnsiTheme="majorHAnsi" w:cstheme="majorHAnsi"/>
                <w:b/>
                <w:bCs/>
                <w:color w:val="E0B95A"/>
                <w:sz w:val="28"/>
                <w:szCs w:val="28"/>
              </w:rPr>
              <w:t xml:space="preserve"> </w:t>
            </w:r>
            <w:r w:rsidR="00F32F9A" w:rsidRPr="00F32F9A">
              <w:rPr>
                <w:rFonts w:asciiTheme="majorHAnsi" w:hAnsiTheme="majorHAnsi" w:cstheme="majorHAnsi"/>
                <w:b/>
                <w:bCs/>
                <w:color w:val="E0B95A"/>
                <w:sz w:val="28"/>
                <w:szCs w:val="28"/>
              </w:rPr>
              <w:t>(For Individual Award Nominee)</w:t>
            </w:r>
          </w:p>
        </w:tc>
      </w:tr>
      <w:tr w:rsidR="003B6F58" w:rsidRPr="00117369" w14:paraId="1CFAA6DA" w14:textId="77777777" w:rsidTr="00FE12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5"/>
        </w:trPr>
        <w:tc>
          <w:tcPr>
            <w:tcW w:w="10627" w:type="dxa"/>
            <w:gridSpan w:val="4"/>
          </w:tcPr>
          <w:p w14:paraId="0D2FC3AC" w14:textId="1FD0B3D4" w:rsidR="00DF1A89" w:rsidRPr="00395C4C" w:rsidRDefault="00DF1A89" w:rsidP="0016260C">
            <w:pPr>
              <w:pBdr>
                <w:top w:val="nil"/>
                <w:left w:val="nil"/>
                <w:bottom w:val="nil"/>
                <w:right w:val="nil"/>
                <w:between w:val="nil"/>
              </w:pBdr>
              <w:spacing w:before="240" w:line="276" w:lineRule="auto"/>
              <w:rPr>
                <w:rFonts w:asciiTheme="majorHAnsi" w:hAnsiTheme="majorHAnsi" w:cstheme="majorHAnsi"/>
                <w:color w:val="000000"/>
                <w:sz w:val="24"/>
                <w:szCs w:val="24"/>
              </w:rPr>
            </w:pPr>
            <w:r w:rsidRPr="00395C4C">
              <w:rPr>
                <w:rFonts w:asciiTheme="majorHAnsi" w:hAnsiTheme="majorHAnsi" w:cstheme="majorHAnsi"/>
                <w:color w:val="000000"/>
                <w:sz w:val="24"/>
                <w:szCs w:val="24"/>
              </w:rPr>
              <w:t>Before sending the nomination form, please ensure these items are completed and attached:</w:t>
            </w:r>
          </w:p>
          <w:p w14:paraId="40A6AB8C" w14:textId="1AC5ED4B" w:rsidR="003B6F58" w:rsidRPr="00395C4C" w:rsidRDefault="00000000" w:rsidP="0016260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2094428456"/>
                <w14:checkbox>
                  <w14:checked w14:val="0"/>
                  <w14:checkedState w14:val="0052" w14:font="Wingdings 2"/>
                  <w14:uncheckedState w14:val="2610" w14:font="MS Gothic"/>
                </w14:checkbox>
              </w:sdtPr>
              <w:sdtContent>
                <w:r w:rsidR="002C7C7B">
                  <w:rPr>
                    <w:rFonts w:ascii="MS Gothic" w:eastAsia="MS Gothic" w:hAnsi="MS Gothic" w:cstheme="majorHAnsi" w:hint="eastAsia"/>
                    <w:color w:val="000000"/>
                    <w:sz w:val="24"/>
                    <w:szCs w:val="24"/>
                  </w:rPr>
                  <w:t>☐</w:t>
                </w:r>
              </w:sdtContent>
            </w:sdt>
            <w:r w:rsidR="002C7C7B">
              <w:rPr>
                <w:rFonts w:asciiTheme="majorHAnsi" w:hAnsiTheme="majorHAnsi" w:cstheme="majorHAnsi"/>
                <w:color w:val="000000"/>
                <w:sz w:val="24"/>
                <w:szCs w:val="24"/>
              </w:rPr>
              <w:t xml:space="preserve"> </w:t>
            </w:r>
            <w:r w:rsidR="00DF1A89" w:rsidRPr="00395C4C">
              <w:rPr>
                <w:rFonts w:asciiTheme="majorHAnsi" w:hAnsiTheme="majorHAnsi" w:cstheme="majorHAnsi"/>
                <w:color w:val="000000"/>
                <w:sz w:val="24"/>
                <w:szCs w:val="24"/>
              </w:rPr>
              <w:t xml:space="preserve">Complete the nomination form and have it </w:t>
            </w:r>
            <w:r w:rsidR="00F32F9A" w:rsidRPr="00F32F9A">
              <w:rPr>
                <w:rFonts w:asciiTheme="majorHAnsi" w:hAnsiTheme="majorHAnsi" w:cstheme="majorHAnsi"/>
                <w:color w:val="000000"/>
                <w:sz w:val="24"/>
                <w:szCs w:val="24"/>
              </w:rPr>
              <w:t xml:space="preserve">signed by </w:t>
            </w:r>
            <w:r w:rsidR="00F32F9A">
              <w:rPr>
                <w:rFonts w:asciiTheme="majorHAnsi" w:hAnsiTheme="majorHAnsi" w:cstheme="majorHAnsi"/>
                <w:color w:val="000000"/>
                <w:sz w:val="24"/>
                <w:szCs w:val="24"/>
              </w:rPr>
              <w:t>the authorized person or</w:t>
            </w:r>
            <w:r w:rsidR="00F32F9A" w:rsidRPr="00F32F9A">
              <w:rPr>
                <w:rFonts w:asciiTheme="majorHAnsi" w:hAnsiTheme="majorHAnsi" w:cstheme="majorHAnsi"/>
                <w:color w:val="000000"/>
                <w:sz w:val="24"/>
                <w:szCs w:val="24"/>
              </w:rPr>
              <w:t xml:space="preserve"> nominee for </w:t>
            </w:r>
            <w:r w:rsidR="00F32F9A">
              <w:rPr>
                <w:rFonts w:asciiTheme="majorHAnsi" w:hAnsiTheme="majorHAnsi" w:cstheme="majorHAnsi"/>
                <w:color w:val="000000"/>
                <w:sz w:val="24"/>
                <w:szCs w:val="24"/>
              </w:rPr>
              <w:t xml:space="preserve">the </w:t>
            </w:r>
            <w:r w:rsidR="00F32F9A" w:rsidRPr="00F32F9A">
              <w:rPr>
                <w:rFonts w:asciiTheme="majorHAnsi" w:hAnsiTheme="majorHAnsi" w:cstheme="majorHAnsi"/>
                <w:color w:val="000000"/>
                <w:sz w:val="24"/>
                <w:szCs w:val="24"/>
              </w:rPr>
              <w:t>Individual Award</w:t>
            </w:r>
            <w:r w:rsidR="00DF1A89" w:rsidRPr="00395C4C">
              <w:rPr>
                <w:rFonts w:asciiTheme="majorHAnsi" w:hAnsiTheme="majorHAnsi" w:cstheme="majorHAnsi"/>
                <w:color w:val="000000"/>
                <w:sz w:val="24"/>
                <w:szCs w:val="24"/>
              </w:rPr>
              <w:t xml:space="preserve">. Both electronic signature </w:t>
            </w:r>
            <w:proofErr w:type="gramStart"/>
            <w:r w:rsidR="00DF1A89" w:rsidRPr="00395C4C">
              <w:rPr>
                <w:rFonts w:asciiTheme="majorHAnsi" w:hAnsiTheme="majorHAnsi" w:cstheme="majorHAnsi"/>
                <w:color w:val="000000"/>
                <w:sz w:val="24"/>
                <w:szCs w:val="24"/>
              </w:rPr>
              <w:t>or</w:t>
            </w:r>
            <w:proofErr w:type="gramEnd"/>
            <w:r w:rsidR="00DF1A89" w:rsidRPr="00395C4C">
              <w:rPr>
                <w:rFonts w:asciiTheme="majorHAnsi" w:hAnsiTheme="majorHAnsi" w:cstheme="majorHAnsi"/>
                <w:color w:val="000000"/>
                <w:sz w:val="24"/>
                <w:szCs w:val="24"/>
              </w:rPr>
              <w:t xml:space="preserve"> scan of the signed Declaration </w:t>
            </w:r>
            <w:proofErr w:type="gramStart"/>
            <w:r w:rsidR="00DF1A89" w:rsidRPr="00395C4C">
              <w:rPr>
                <w:rFonts w:asciiTheme="majorHAnsi" w:hAnsiTheme="majorHAnsi" w:cstheme="majorHAnsi"/>
                <w:color w:val="000000"/>
                <w:sz w:val="24"/>
                <w:szCs w:val="24"/>
              </w:rPr>
              <w:t>are</w:t>
            </w:r>
            <w:proofErr w:type="gramEnd"/>
            <w:r w:rsidR="00DF1A89" w:rsidRPr="00395C4C">
              <w:rPr>
                <w:rFonts w:asciiTheme="majorHAnsi" w:hAnsiTheme="majorHAnsi" w:cstheme="majorHAnsi"/>
                <w:color w:val="000000"/>
                <w:sz w:val="24"/>
                <w:szCs w:val="24"/>
              </w:rPr>
              <w:t xml:space="preserve"> acceptable.</w:t>
            </w:r>
          </w:p>
          <w:p w14:paraId="1A2F2DC7" w14:textId="2BA94B1D" w:rsidR="00DF1A89" w:rsidRPr="00395C4C" w:rsidRDefault="00000000" w:rsidP="0016260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750738487"/>
                <w14:checkbox>
                  <w14:checked w14:val="0"/>
                  <w14:checkedState w14:val="0052" w14:font="Wingdings 2"/>
                  <w14:uncheckedState w14:val="2610" w14:font="MS Gothic"/>
                </w14:checkbox>
              </w:sdtPr>
              <w:sdtContent>
                <w:r w:rsidR="002C7C7B">
                  <w:rPr>
                    <w:rFonts w:ascii="MS Gothic" w:eastAsia="MS Gothic" w:hAnsi="MS Gothic" w:cstheme="majorHAnsi" w:hint="eastAsia"/>
                    <w:color w:val="000000"/>
                    <w:sz w:val="24"/>
                    <w:szCs w:val="24"/>
                  </w:rPr>
                  <w:t>☐</w:t>
                </w:r>
              </w:sdtContent>
            </w:sdt>
            <w:r w:rsidR="002C7C7B" w:rsidRPr="00395C4C">
              <w:rPr>
                <w:rFonts w:asciiTheme="majorHAnsi" w:hAnsiTheme="majorHAnsi" w:cstheme="majorHAnsi"/>
                <w:color w:val="000000"/>
                <w:sz w:val="24"/>
                <w:szCs w:val="24"/>
              </w:rPr>
              <w:t xml:space="preserve"> </w:t>
            </w:r>
            <w:r w:rsidR="00DF1A89" w:rsidRPr="00395C4C">
              <w:rPr>
                <w:rFonts w:asciiTheme="majorHAnsi" w:hAnsiTheme="majorHAnsi" w:cstheme="majorHAnsi"/>
                <w:color w:val="000000"/>
                <w:sz w:val="24"/>
                <w:szCs w:val="24"/>
              </w:rPr>
              <w:t>Copy of the Residence, Passport, or Identification Card of the nominee.</w:t>
            </w:r>
          </w:p>
          <w:p w14:paraId="61AB7F49" w14:textId="3F7B110B" w:rsidR="00DF1A89" w:rsidRPr="00395C4C" w:rsidRDefault="00000000" w:rsidP="0016260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638880304"/>
                <w14:checkbox>
                  <w14:checked w14:val="0"/>
                  <w14:checkedState w14:val="0052" w14:font="Wingdings 2"/>
                  <w14:uncheckedState w14:val="2610" w14:font="MS Gothic"/>
                </w14:checkbox>
              </w:sdtPr>
              <w:sdtContent>
                <w:r w:rsidR="002C7C7B">
                  <w:rPr>
                    <w:rFonts w:ascii="MS Gothic" w:eastAsia="MS Gothic" w:hAnsi="MS Gothic" w:cstheme="majorHAnsi" w:hint="eastAsia"/>
                    <w:color w:val="000000"/>
                    <w:sz w:val="24"/>
                    <w:szCs w:val="24"/>
                  </w:rPr>
                  <w:t>☐</w:t>
                </w:r>
              </w:sdtContent>
            </w:sdt>
            <w:r w:rsidR="002C7C7B" w:rsidRPr="00395C4C">
              <w:rPr>
                <w:rFonts w:asciiTheme="majorHAnsi" w:hAnsiTheme="majorHAnsi" w:cstheme="majorHAnsi"/>
                <w:color w:val="000000"/>
                <w:sz w:val="24"/>
                <w:szCs w:val="24"/>
              </w:rPr>
              <w:t xml:space="preserve"> </w:t>
            </w:r>
            <w:r w:rsidR="00DF1A89" w:rsidRPr="00395C4C">
              <w:rPr>
                <w:rFonts w:asciiTheme="majorHAnsi" w:hAnsiTheme="majorHAnsi" w:cstheme="majorHAnsi"/>
                <w:color w:val="000000"/>
                <w:sz w:val="24"/>
                <w:szCs w:val="24"/>
              </w:rPr>
              <w:t>Publications, media coverage or document highlighting external recognition, if available.</w:t>
            </w:r>
          </w:p>
          <w:p w14:paraId="25A3AD87" w14:textId="095B7561" w:rsidR="00DF1A89" w:rsidRPr="00395C4C" w:rsidRDefault="00000000" w:rsidP="0016260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1003014997"/>
                <w14:checkbox>
                  <w14:checked w14:val="0"/>
                  <w14:checkedState w14:val="0052" w14:font="Wingdings 2"/>
                  <w14:uncheckedState w14:val="2610" w14:font="MS Gothic"/>
                </w14:checkbox>
              </w:sdtPr>
              <w:sdtContent>
                <w:r w:rsidR="002C7C7B">
                  <w:rPr>
                    <w:rFonts w:ascii="MS Gothic" w:eastAsia="MS Gothic" w:hAnsi="MS Gothic" w:cstheme="majorHAnsi" w:hint="eastAsia"/>
                    <w:color w:val="000000"/>
                    <w:sz w:val="24"/>
                    <w:szCs w:val="24"/>
                  </w:rPr>
                  <w:t>☐</w:t>
                </w:r>
              </w:sdtContent>
            </w:sdt>
            <w:r w:rsidR="002C7C7B" w:rsidRPr="00395C4C">
              <w:rPr>
                <w:rFonts w:asciiTheme="majorHAnsi" w:hAnsiTheme="majorHAnsi" w:cstheme="majorHAnsi"/>
                <w:color w:val="000000"/>
                <w:sz w:val="24"/>
                <w:szCs w:val="24"/>
              </w:rPr>
              <w:t xml:space="preserve"> </w:t>
            </w:r>
            <w:r w:rsidR="00DF1A89" w:rsidRPr="00395C4C">
              <w:rPr>
                <w:rFonts w:asciiTheme="majorHAnsi" w:hAnsiTheme="majorHAnsi" w:cstheme="majorHAnsi"/>
                <w:color w:val="000000"/>
                <w:sz w:val="24"/>
                <w:szCs w:val="24"/>
              </w:rPr>
              <w:t>Entry submission, with supporting documents and materials, must be in English.</w:t>
            </w:r>
          </w:p>
          <w:p w14:paraId="2CCB9BBC" w14:textId="407E3916" w:rsidR="0016260C" w:rsidRPr="00395C4C" w:rsidRDefault="6E35207A" w:rsidP="4687FBED">
            <w:pPr>
              <w:pBdr>
                <w:top w:val="nil"/>
                <w:left w:val="nil"/>
                <w:bottom w:val="nil"/>
                <w:right w:val="nil"/>
                <w:between w:val="nil"/>
              </w:pBdr>
              <w:spacing w:before="240"/>
              <w:rPr>
                <w:rFonts w:asciiTheme="majorHAnsi" w:hAnsiTheme="majorHAnsi" w:cstheme="majorBidi"/>
                <w:color w:val="000000"/>
                <w:sz w:val="24"/>
                <w:szCs w:val="24"/>
              </w:rPr>
            </w:pPr>
            <w:r w:rsidRPr="4687FBED">
              <w:rPr>
                <w:rFonts w:asciiTheme="majorHAnsi" w:hAnsiTheme="majorHAnsi" w:cstheme="majorBidi"/>
                <w:color w:val="000000" w:themeColor="text1"/>
                <w:sz w:val="24"/>
                <w:szCs w:val="24"/>
              </w:rPr>
              <w:t xml:space="preserve">Should you encounter any questions, please feel free to </w:t>
            </w:r>
            <w:r w:rsidR="5E43BC20" w:rsidRPr="4687FBED">
              <w:rPr>
                <w:rFonts w:asciiTheme="majorHAnsi" w:hAnsiTheme="majorHAnsi" w:cstheme="majorBidi"/>
                <w:color w:val="000000" w:themeColor="text1"/>
                <w:sz w:val="24"/>
                <w:szCs w:val="24"/>
              </w:rPr>
              <w:t>contact</w:t>
            </w:r>
            <w:r w:rsidRPr="4687FBED">
              <w:rPr>
                <w:rFonts w:asciiTheme="majorHAnsi" w:hAnsiTheme="majorHAnsi" w:cstheme="majorBidi"/>
                <w:color w:val="000000" w:themeColor="text1"/>
                <w:sz w:val="24"/>
                <w:szCs w:val="24"/>
              </w:rPr>
              <w:t xml:space="preserve"> ABA Helpdesk at</w:t>
            </w:r>
            <w:r w:rsidR="00984DA8">
              <w:rPr>
                <w:rFonts w:asciiTheme="majorHAnsi" w:hAnsiTheme="majorHAnsi" w:cstheme="majorBidi"/>
                <w:color w:val="000000" w:themeColor="text1"/>
                <w:sz w:val="24"/>
                <w:szCs w:val="24"/>
              </w:rPr>
              <w:t xml:space="preserve"> </w:t>
            </w:r>
            <w:hyperlink r:id="rId12" w:history="1">
              <w:r w:rsidR="00984DA8" w:rsidRPr="002B0D7C">
                <w:rPr>
                  <w:rStyle w:val="Hyperlink"/>
                  <w:rFonts w:asciiTheme="majorHAnsi" w:hAnsiTheme="majorHAnsi" w:cstheme="majorBidi"/>
                  <w:sz w:val="24"/>
                  <w:szCs w:val="24"/>
                </w:rPr>
                <w:t>myaba2025@aseanbex.com</w:t>
              </w:r>
            </w:hyperlink>
            <w:r w:rsidR="00984DA8">
              <w:rPr>
                <w:rFonts w:asciiTheme="majorHAnsi" w:hAnsiTheme="majorHAnsi" w:cstheme="majorBidi"/>
                <w:color w:val="000000" w:themeColor="text1"/>
                <w:sz w:val="24"/>
                <w:szCs w:val="24"/>
              </w:rPr>
              <w:t xml:space="preserve"> </w:t>
            </w:r>
            <w:r w:rsidRPr="4687FBED">
              <w:rPr>
                <w:rFonts w:asciiTheme="majorHAnsi" w:hAnsiTheme="majorHAnsi" w:cstheme="majorBidi"/>
                <w:color w:val="000000" w:themeColor="text1"/>
                <w:sz w:val="24"/>
                <w:szCs w:val="24"/>
              </w:rPr>
              <w:t>for additional support.</w:t>
            </w:r>
          </w:p>
          <w:p w14:paraId="60B64F97" w14:textId="1FBD244F" w:rsidR="0016260C" w:rsidRPr="00BF3271" w:rsidRDefault="0016260C" w:rsidP="0016260C">
            <w:pPr>
              <w:pBdr>
                <w:top w:val="nil"/>
                <w:left w:val="nil"/>
                <w:bottom w:val="nil"/>
                <w:right w:val="nil"/>
                <w:between w:val="nil"/>
              </w:pBdr>
              <w:spacing w:before="240" w:line="276" w:lineRule="auto"/>
              <w:rPr>
                <w:rFonts w:asciiTheme="majorHAnsi" w:hAnsiTheme="majorHAnsi" w:cstheme="majorHAnsi"/>
                <w:color w:val="000000" w:themeColor="text1"/>
                <w:sz w:val="24"/>
                <w:szCs w:val="24"/>
              </w:rPr>
            </w:pPr>
            <w:r w:rsidRPr="00BF3271">
              <w:rPr>
                <w:rFonts w:asciiTheme="majorHAnsi" w:hAnsiTheme="majorHAnsi" w:cstheme="majorHAnsi"/>
                <w:color w:val="000000" w:themeColor="text1"/>
                <w:sz w:val="24"/>
                <w:szCs w:val="24"/>
              </w:rPr>
              <w:t>For daily news and updates, please check out our official website at</w:t>
            </w:r>
            <w:r w:rsidR="002C7C7B">
              <w:rPr>
                <w:rFonts w:asciiTheme="majorHAnsi" w:hAnsiTheme="majorHAnsi" w:cstheme="majorHAnsi"/>
                <w:color w:val="000000" w:themeColor="text1"/>
                <w:sz w:val="24"/>
                <w:szCs w:val="24"/>
              </w:rPr>
              <w:t xml:space="preserve"> </w:t>
            </w:r>
            <w:hyperlink r:id="rId13" w:history="1">
              <w:r w:rsidR="002C7C7B" w:rsidRPr="0085452A">
                <w:rPr>
                  <w:rStyle w:val="Hyperlink"/>
                  <w:rFonts w:asciiTheme="majorHAnsi" w:hAnsiTheme="majorHAnsi" w:cstheme="majorHAnsi"/>
                  <w:sz w:val="24"/>
                  <w:szCs w:val="24"/>
                </w:rPr>
                <w:t>https://aba.aseanbac.com.my/</w:t>
              </w:r>
            </w:hyperlink>
          </w:p>
          <w:p w14:paraId="5286EB38" w14:textId="64C8C11C" w:rsidR="003B6F58" w:rsidRPr="00395C4C" w:rsidRDefault="003B6F58" w:rsidP="00C401EC">
            <w:pPr>
              <w:pBdr>
                <w:top w:val="nil"/>
                <w:left w:val="nil"/>
                <w:bottom w:val="nil"/>
                <w:right w:val="nil"/>
                <w:between w:val="nil"/>
              </w:pBdr>
              <w:spacing w:line="360" w:lineRule="auto"/>
              <w:rPr>
                <w:rFonts w:asciiTheme="majorHAnsi" w:hAnsiTheme="majorHAnsi" w:cstheme="majorHAnsi"/>
                <w:color w:val="000000"/>
                <w:sz w:val="24"/>
                <w:szCs w:val="24"/>
              </w:rPr>
            </w:pPr>
          </w:p>
        </w:tc>
      </w:tr>
    </w:tbl>
    <w:p w14:paraId="7C2965A1" w14:textId="59A79EDE" w:rsidR="00F32F9A" w:rsidRDefault="00F32F9A" w:rsidP="0098550F">
      <w:pPr>
        <w:pBdr>
          <w:top w:val="nil"/>
          <w:left w:val="nil"/>
          <w:bottom w:val="nil"/>
          <w:right w:val="nil"/>
          <w:between w:val="nil"/>
        </w:pBdr>
        <w:rPr>
          <w:rFonts w:asciiTheme="majorHAnsi" w:hAnsiTheme="majorHAnsi" w:cstheme="majorHAnsi"/>
        </w:rPr>
      </w:pPr>
    </w:p>
    <w:p w14:paraId="0E86853D" w14:textId="77777777" w:rsidR="00F32F9A" w:rsidRDefault="00F32F9A">
      <w:pPr>
        <w:rPr>
          <w:rFonts w:asciiTheme="majorHAnsi" w:hAnsiTheme="majorHAnsi" w:cstheme="majorHAnsi"/>
        </w:rPr>
      </w:pPr>
      <w:r>
        <w:rPr>
          <w:rFonts w:asciiTheme="majorHAnsi" w:hAnsiTheme="majorHAnsi" w:cstheme="majorHAnsi"/>
        </w:rPr>
        <w:br w:type="page"/>
      </w:r>
    </w:p>
    <w:tbl>
      <w:tblPr>
        <w:tblStyle w:val="TableGrid"/>
        <w:tblW w:w="10627" w:type="dxa"/>
        <w:tblLook w:val="04A0" w:firstRow="1" w:lastRow="0" w:firstColumn="1" w:lastColumn="0" w:noHBand="0" w:noVBand="1"/>
      </w:tblPr>
      <w:tblGrid>
        <w:gridCol w:w="10627"/>
      </w:tblGrid>
      <w:tr w:rsidR="00F32F9A" w:rsidRPr="00117369" w14:paraId="6BEC1305" w14:textId="77777777" w:rsidTr="00B02BAC">
        <w:trPr>
          <w:trHeight w:val="509"/>
        </w:trPr>
        <w:tc>
          <w:tcPr>
            <w:tcW w:w="10627" w:type="dxa"/>
            <w:shd w:val="clear" w:color="auto" w:fill="000000" w:themeFill="text1"/>
            <w:vAlign w:val="center"/>
          </w:tcPr>
          <w:p w14:paraId="17DBF253" w14:textId="0772FC90" w:rsidR="00F32F9A" w:rsidRPr="00117369" w:rsidRDefault="00F32F9A" w:rsidP="00B02BAC">
            <w:pPr>
              <w:rPr>
                <w:rFonts w:asciiTheme="majorHAnsi" w:hAnsiTheme="majorHAnsi" w:cstheme="majorHAnsi"/>
                <w:b/>
                <w:bCs/>
                <w:color w:val="FFFFFF" w:themeColor="background1"/>
              </w:rPr>
            </w:pPr>
            <w:r w:rsidRPr="00B16571">
              <w:rPr>
                <w:rFonts w:asciiTheme="majorHAnsi" w:hAnsiTheme="majorHAnsi" w:cstheme="majorHAnsi"/>
                <w:b/>
                <w:bCs/>
                <w:color w:val="E0B95A"/>
                <w:sz w:val="28"/>
                <w:szCs w:val="28"/>
              </w:rPr>
              <w:lastRenderedPageBreak/>
              <w:t>Checklist</w:t>
            </w:r>
            <w:r>
              <w:rPr>
                <w:rFonts w:asciiTheme="majorHAnsi" w:hAnsiTheme="majorHAnsi" w:cstheme="majorHAnsi"/>
                <w:b/>
                <w:bCs/>
                <w:color w:val="E0B95A"/>
                <w:sz w:val="28"/>
                <w:szCs w:val="28"/>
              </w:rPr>
              <w:t xml:space="preserve"> </w:t>
            </w:r>
            <w:r w:rsidRPr="00F32F9A">
              <w:rPr>
                <w:rFonts w:asciiTheme="majorHAnsi" w:hAnsiTheme="majorHAnsi" w:cstheme="majorHAnsi"/>
                <w:b/>
                <w:bCs/>
                <w:color w:val="E0B95A"/>
                <w:sz w:val="28"/>
                <w:szCs w:val="28"/>
              </w:rPr>
              <w:t xml:space="preserve">(For </w:t>
            </w:r>
            <w:r>
              <w:rPr>
                <w:rFonts w:asciiTheme="majorHAnsi" w:hAnsiTheme="majorHAnsi" w:cstheme="majorHAnsi"/>
                <w:b/>
                <w:bCs/>
                <w:color w:val="E0B95A"/>
                <w:sz w:val="28"/>
                <w:szCs w:val="28"/>
              </w:rPr>
              <w:t>Business</w:t>
            </w:r>
            <w:r w:rsidRPr="00F32F9A">
              <w:rPr>
                <w:rFonts w:asciiTheme="majorHAnsi" w:hAnsiTheme="majorHAnsi" w:cstheme="majorHAnsi"/>
                <w:b/>
                <w:bCs/>
                <w:color w:val="E0B95A"/>
                <w:sz w:val="28"/>
                <w:szCs w:val="28"/>
              </w:rPr>
              <w:t xml:space="preserve"> Award Nominee)</w:t>
            </w:r>
          </w:p>
        </w:tc>
      </w:tr>
      <w:tr w:rsidR="00F32F9A" w:rsidRPr="00395C4C" w14:paraId="35A99999" w14:textId="77777777" w:rsidTr="00B02BAC">
        <w:trPr>
          <w:trHeight w:val="1835"/>
        </w:trPr>
        <w:tc>
          <w:tcPr>
            <w:tcW w:w="10627" w:type="dxa"/>
          </w:tcPr>
          <w:p w14:paraId="5AA2A1D9" w14:textId="77777777" w:rsidR="00F32F9A" w:rsidRPr="00395C4C" w:rsidRDefault="00F32F9A" w:rsidP="00B02BAC">
            <w:pPr>
              <w:pBdr>
                <w:top w:val="nil"/>
                <w:left w:val="nil"/>
                <w:bottom w:val="nil"/>
                <w:right w:val="nil"/>
                <w:between w:val="nil"/>
              </w:pBdr>
              <w:spacing w:before="240" w:line="276" w:lineRule="auto"/>
              <w:rPr>
                <w:rFonts w:asciiTheme="majorHAnsi" w:hAnsiTheme="majorHAnsi" w:cstheme="majorHAnsi"/>
                <w:color w:val="000000"/>
                <w:sz w:val="24"/>
                <w:szCs w:val="24"/>
              </w:rPr>
            </w:pPr>
            <w:r w:rsidRPr="00395C4C">
              <w:rPr>
                <w:rFonts w:asciiTheme="majorHAnsi" w:hAnsiTheme="majorHAnsi" w:cstheme="majorHAnsi"/>
                <w:color w:val="000000"/>
                <w:sz w:val="24"/>
                <w:szCs w:val="24"/>
              </w:rPr>
              <w:t>Before sending the nomination form, please ensure these items are completed and attached:</w:t>
            </w:r>
          </w:p>
          <w:p w14:paraId="2C27E590" w14:textId="18F7DF6D" w:rsidR="00F32F9A" w:rsidRPr="00395C4C" w:rsidRDefault="00000000" w:rsidP="00B02BA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1178344767"/>
                <w14:checkbox>
                  <w14:checked w14:val="0"/>
                  <w14:checkedState w14:val="0052" w14:font="Wingdings 2"/>
                  <w14:uncheckedState w14:val="2610" w14:font="MS Gothic"/>
                </w14:checkbox>
              </w:sdtPr>
              <w:sdtContent>
                <w:r w:rsidR="00F32F9A">
                  <w:rPr>
                    <w:rFonts w:ascii="MS Gothic" w:eastAsia="MS Gothic" w:hAnsi="MS Gothic" w:cstheme="majorHAnsi" w:hint="eastAsia"/>
                    <w:color w:val="000000"/>
                    <w:sz w:val="24"/>
                    <w:szCs w:val="24"/>
                  </w:rPr>
                  <w:t>☐</w:t>
                </w:r>
              </w:sdtContent>
            </w:sdt>
            <w:r w:rsidR="00F32F9A">
              <w:rPr>
                <w:rFonts w:asciiTheme="majorHAnsi" w:hAnsiTheme="majorHAnsi" w:cstheme="majorHAnsi"/>
                <w:color w:val="000000"/>
                <w:sz w:val="24"/>
                <w:szCs w:val="24"/>
              </w:rPr>
              <w:t xml:space="preserve"> </w:t>
            </w:r>
            <w:r w:rsidR="00F32F9A" w:rsidRPr="00395C4C">
              <w:rPr>
                <w:rFonts w:asciiTheme="majorHAnsi" w:hAnsiTheme="majorHAnsi" w:cstheme="majorHAnsi"/>
                <w:color w:val="000000"/>
                <w:sz w:val="24"/>
                <w:szCs w:val="24"/>
              </w:rPr>
              <w:t xml:space="preserve">Complete the nomination form and have </w:t>
            </w:r>
            <w:proofErr w:type="gramStart"/>
            <w:r w:rsidR="00F32F9A" w:rsidRPr="00395C4C">
              <w:rPr>
                <w:rFonts w:asciiTheme="majorHAnsi" w:hAnsiTheme="majorHAnsi" w:cstheme="majorHAnsi"/>
                <w:color w:val="000000"/>
                <w:sz w:val="24"/>
                <w:szCs w:val="24"/>
              </w:rPr>
              <w:t xml:space="preserve">it </w:t>
            </w:r>
            <w:r w:rsidR="00F32F9A" w:rsidRPr="00F32F9A">
              <w:rPr>
                <w:rFonts w:asciiTheme="majorHAnsi" w:hAnsiTheme="majorHAnsi" w:cstheme="majorHAnsi"/>
                <w:color w:val="000000"/>
                <w:sz w:val="24"/>
                <w:szCs w:val="24"/>
              </w:rPr>
              <w:t>signed</w:t>
            </w:r>
            <w:proofErr w:type="gramEnd"/>
            <w:r w:rsidR="00F32F9A" w:rsidRPr="00F32F9A">
              <w:rPr>
                <w:rFonts w:asciiTheme="majorHAnsi" w:hAnsiTheme="majorHAnsi" w:cstheme="majorHAnsi"/>
                <w:color w:val="000000"/>
                <w:sz w:val="24"/>
                <w:szCs w:val="24"/>
              </w:rPr>
              <w:t xml:space="preserve"> by the company’s Chief Executive Officer (CEO), Managing Director, Chief Financial Officer (or equivalent)</w:t>
            </w:r>
            <w:r w:rsidR="00766EFB">
              <w:rPr>
                <w:rFonts w:asciiTheme="majorHAnsi" w:hAnsiTheme="majorHAnsi" w:cstheme="majorHAnsi"/>
                <w:color w:val="000000"/>
                <w:sz w:val="24"/>
                <w:szCs w:val="24"/>
              </w:rPr>
              <w:t xml:space="preserve">. </w:t>
            </w:r>
            <w:r w:rsidR="00F32F9A" w:rsidRPr="00395C4C">
              <w:rPr>
                <w:rFonts w:asciiTheme="majorHAnsi" w:hAnsiTheme="majorHAnsi" w:cstheme="majorHAnsi"/>
                <w:color w:val="000000"/>
                <w:sz w:val="24"/>
                <w:szCs w:val="24"/>
              </w:rPr>
              <w:t xml:space="preserve">Both electronic signature </w:t>
            </w:r>
            <w:proofErr w:type="gramStart"/>
            <w:r w:rsidR="00F32F9A" w:rsidRPr="00395C4C">
              <w:rPr>
                <w:rFonts w:asciiTheme="majorHAnsi" w:hAnsiTheme="majorHAnsi" w:cstheme="majorHAnsi"/>
                <w:color w:val="000000"/>
                <w:sz w:val="24"/>
                <w:szCs w:val="24"/>
              </w:rPr>
              <w:t>or</w:t>
            </w:r>
            <w:proofErr w:type="gramEnd"/>
            <w:r w:rsidR="00F32F9A" w:rsidRPr="00395C4C">
              <w:rPr>
                <w:rFonts w:asciiTheme="majorHAnsi" w:hAnsiTheme="majorHAnsi" w:cstheme="majorHAnsi"/>
                <w:color w:val="000000"/>
                <w:sz w:val="24"/>
                <w:szCs w:val="24"/>
              </w:rPr>
              <w:t xml:space="preserve"> scan of the signed Declaration </w:t>
            </w:r>
            <w:proofErr w:type="gramStart"/>
            <w:r w:rsidR="00F32F9A" w:rsidRPr="00395C4C">
              <w:rPr>
                <w:rFonts w:asciiTheme="majorHAnsi" w:hAnsiTheme="majorHAnsi" w:cstheme="majorHAnsi"/>
                <w:color w:val="000000"/>
                <w:sz w:val="24"/>
                <w:szCs w:val="24"/>
              </w:rPr>
              <w:t>are</w:t>
            </w:r>
            <w:proofErr w:type="gramEnd"/>
            <w:r w:rsidR="00F32F9A" w:rsidRPr="00395C4C">
              <w:rPr>
                <w:rFonts w:asciiTheme="majorHAnsi" w:hAnsiTheme="majorHAnsi" w:cstheme="majorHAnsi"/>
                <w:color w:val="000000"/>
                <w:sz w:val="24"/>
                <w:szCs w:val="24"/>
              </w:rPr>
              <w:t xml:space="preserve"> acceptable.</w:t>
            </w:r>
          </w:p>
          <w:p w14:paraId="119E9617" w14:textId="77777777" w:rsidR="00F32F9A" w:rsidRPr="00395C4C" w:rsidRDefault="00000000" w:rsidP="00B02BA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1588500165"/>
                <w14:checkbox>
                  <w14:checked w14:val="0"/>
                  <w14:checkedState w14:val="0052" w14:font="Wingdings 2"/>
                  <w14:uncheckedState w14:val="2610" w14:font="MS Gothic"/>
                </w14:checkbox>
              </w:sdtPr>
              <w:sdtContent>
                <w:r w:rsidR="00F32F9A">
                  <w:rPr>
                    <w:rFonts w:ascii="MS Gothic" w:eastAsia="MS Gothic" w:hAnsi="MS Gothic" w:cstheme="majorHAnsi" w:hint="eastAsia"/>
                    <w:color w:val="000000"/>
                    <w:sz w:val="24"/>
                    <w:szCs w:val="24"/>
                  </w:rPr>
                  <w:t>☐</w:t>
                </w:r>
              </w:sdtContent>
            </w:sdt>
            <w:r w:rsidR="00F32F9A" w:rsidRPr="00395C4C">
              <w:rPr>
                <w:rFonts w:asciiTheme="majorHAnsi" w:hAnsiTheme="majorHAnsi" w:cstheme="majorHAnsi"/>
                <w:color w:val="000000"/>
                <w:sz w:val="24"/>
                <w:szCs w:val="24"/>
              </w:rPr>
              <w:t xml:space="preserve"> Copy of the registration certificate of the enterprise.</w:t>
            </w:r>
          </w:p>
          <w:p w14:paraId="0BF09C7E" w14:textId="77777777" w:rsidR="00F32F9A" w:rsidRPr="00395C4C" w:rsidRDefault="00000000" w:rsidP="00B02BA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1768728823"/>
                <w14:checkbox>
                  <w14:checked w14:val="0"/>
                  <w14:checkedState w14:val="0052" w14:font="Wingdings 2"/>
                  <w14:uncheckedState w14:val="2610" w14:font="MS Gothic"/>
                </w14:checkbox>
              </w:sdtPr>
              <w:sdtContent>
                <w:r w:rsidR="00F32F9A">
                  <w:rPr>
                    <w:rFonts w:ascii="MS Gothic" w:eastAsia="MS Gothic" w:hAnsi="MS Gothic" w:cstheme="majorHAnsi" w:hint="eastAsia"/>
                    <w:color w:val="000000"/>
                    <w:sz w:val="24"/>
                    <w:szCs w:val="24"/>
                  </w:rPr>
                  <w:t>☐</w:t>
                </w:r>
              </w:sdtContent>
            </w:sdt>
            <w:r w:rsidR="00F32F9A" w:rsidRPr="00395C4C">
              <w:rPr>
                <w:rFonts w:asciiTheme="majorHAnsi" w:hAnsiTheme="majorHAnsi" w:cstheme="majorHAnsi"/>
                <w:color w:val="000000"/>
                <w:sz w:val="24"/>
                <w:szCs w:val="24"/>
              </w:rPr>
              <w:t xml:space="preserve"> Copy of the Residence, Passport, or Identification Card of the nominee (CEO or equivalent).</w:t>
            </w:r>
          </w:p>
          <w:p w14:paraId="28B040BA" w14:textId="77777777" w:rsidR="00F32F9A" w:rsidRPr="00395C4C" w:rsidRDefault="00000000" w:rsidP="00B02BA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1622496466"/>
                <w14:checkbox>
                  <w14:checked w14:val="0"/>
                  <w14:checkedState w14:val="0052" w14:font="Wingdings 2"/>
                  <w14:uncheckedState w14:val="2610" w14:font="MS Gothic"/>
                </w14:checkbox>
              </w:sdtPr>
              <w:sdtContent>
                <w:r w:rsidR="00F32F9A">
                  <w:rPr>
                    <w:rFonts w:ascii="MS Gothic" w:eastAsia="MS Gothic" w:hAnsi="MS Gothic" w:cstheme="majorHAnsi" w:hint="eastAsia"/>
                    <w:color w:val="000000"/>
                    <w:sz w:val="24"/>
                    <w:szCs w:val="24"/>
                  </w:rPr>
                  <w:t>☐</w:t>
                </w:r>
              </w:sdtContent>
            </w:sdt>
            <w:r w:rsidR="00F32F9A" w:rsidRPr="00395C4C">
              <w:rPr>
                <w:rFonts w:asciiTheme="majorHAnsi" w:hAnsiTheme="majorHAnsi" w:cstheme="majorHAnsi"/>
                <w:color w:val="000000"/>
                <w:sz w:val="24"/>
                <w:szCs w:val="24"/>
              </w:rPr>
              <w:t xml:space="preserve"> </w:t>
            </w:r>
            <w:r w:rsidR="00F32F9A" w:rsidRPr="00B36A51">
              <w:rPr>
                <w:rFonts w:asciiTheme="majorHAnsi" w:hAnsiTheme="majorHAnsi" w:cstheme="majorHAnsi"/>
                <w:color w:val="000000"/>
                <w:sz w:val="24"/>
                <w:szCs w:val="24"/>
              </w:rPr>
              <w:t xml:space="preserve">Letter of Certification confirming that the company has never been involved in any major or high-profile investigations or litigation, nor </w:t>
            </w:r>
            <w:proofErr w:type="gramStart"/>
            <w:r w:rsidR="00F32F9A" w:rsidRPr="00B36A51">
              <w:rPr>
                <w:rFonts w:asciiTheme="majorHAnsi" w:hAnsiTheme="majorHAnsi" w:cstheme="majorHAnsi"/>
                <w:color w:val="000000"/>
                <w:sz w:val="24"/>
                <w:szCs w:val="24"/>
              </w:rPr>
              <w:t>subjected</w:t>
            </w:r>
            <w:proofErr w:type="gramEnd"/>
            <w:r w:rsidR="00F32F9A" w:rsidRPr="00B36A51">
              <w:rPr>
                <w:rFonts w:asciiTheme="majorHAnsi" w:hAnsiTheme="majorHAnsi" w:cstheme="majorHAnsi"/>
                <w:color w:val="000000"/>
                <w:sz w:val="24"/>
                <w:szCs w:val="24"/>
              </w:rPr>
              <w:t xml:space="preserve"> to any legal convictions. Please ensure this certification is signed by the company’s CEO or an authorized representative.</w:t>
            </w:r>
          </w:p>
          <w:p w14:paraId="0CAFE6D5" w14:textId="77777777" w:rsidR="00F32F9A" w:rsidRPr="00395C4C" w:rsidRDefault="00000000" w:rsidP="00B02BA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1692031819"/>
                <w14:checkbox>
                  <w14:checked w14:val="0"/>
                  <w14:checkedState w14:val="0052" w14:font="Wingdings 2"/>
                  <w14:uncheckedState w14:val="2610" w14:font="MS Gothic"/>
                </w14:checkbox>
              </w:sdtPr>
              <w:sdtContent>
                <w:r w:rsidR="00F32F9A">
                  <w:rPr>
                    <w:rFonts w:ascii="MS Gothic" w:eastAsia="MS Gothic" w:hAnsi="MS Gothic" w:cstheme="majorHAnsi" w:hint="eastAsia"/>
                    <w:color w:val="000000"/>
                    <w:sz w:val="24"/>
                    <w:szCs w:val="24"/>
                  </w:rPr>
                  <w:t>☐</w:t>
                </w:r>
              </w:sdtContent>
            </w:sdt>
            <w:r w:rsidR="00F32F9A" w:rsidRPr="00395C4C">
              <w:rPr>
                <w:rFonts w:asciiTheme="majorHAnsi" w:hAnsiTheme="majorHAnsi" w:cstheme="majorHAnsi"/>
                <w:color w:val="000000"/>
                <w:sz w:val="24"/>
                <w:szCs w:val="24"/>
              </w:rPr>
              <w:t xml:space="preserve"> Audited Financial Statements FY2023</w:t>
            </w:r>
            <w:r w:rsidR="00F32F9A">
              <w:rPr>
                <w:rFonts w:asciiTheme="majorHAnsi" w:hAnsiTheme="majorHAnsi" w:cstheme="majorHAnsi"/>
                <w:color w:val="000000"/>
                <w:sz w:val="24"/>
                <w:szCs w:val="24"/>
              </w:rPr>
              <w:t xml:space="preserve"> </w:t>
            </w:r>
            <w:r w:rsidR="00F32F9A" w:rsidRPr="00395C4C">
              <w:rPr>
                <w:rFonts w:asciiTheme="majorHAnsi" w:hAnsiTheme="majorHAnsi" w:cstheme="majorHAnsi"/>
                <w:color w:val="000000"/>
                <w:sz w:val="24"/>
                <w:szCs w:val="24"/>
              </w:rPr>
              <w:t>and FY2024 (If unaudited, please provide statement of management account).</w:t>
            </w:r>
          </w:p>
          <w:p w14:paraId="533722E3" w14:textId="77777777" w:rsidR="00F32F9A" w:rsidRPr="00395C4C" w:rsidRDefault="00000000" w:rsidP="00B02BA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1877228109"/>
                <w14:checkbox>
                  <w14:checked w14:val="0"/>
                  <w14:checkedState w14:val="0052" w14:font="Wingdings 2"/>
                  <w14:uncheckedState w14:val="2610" w14:font="MS Gothic"/>
                </w14:checkbox>
              </w:sdtPr>
              <w:sdtContent>
                <w:r w:rsidR="00F32F9A">
                  <w:rPr>
                    <w:rFonts w:ascii="MS Gothic" w:eastAsia="MS Gothic" w:hAnsi="MS Gothic" w:cstheme="majorHAnsi" w:hint="eastAsia"/>
                    <w:color w:val="000000"/>
                    <w:sz w:val="24"/>
                    <w:szCs w:val="24"/>
                  </w:rPr>
                  <w:t>☐</w:t>
                </w:r>
              </w:sdtContent>
            </w:sdt>
            <w:r w:rsidR="00F32F9A" w:rsidRPr="00395C4C">
              <w:rPr>
                <w:rFonts w:asciiTheme="majorHAnsi" w:hAnsiTheme="majorHAnsi" w:cstheme="majorHAnsi"/>
                <w:color w:val="000000"/>
                <w:sz w:val="24"/>
                <w:szCs w:val="24"/>
              </w:rPr>
              <w:t xml:space="preserve"> Latest Annual Reports, if available.</w:t>
            </w:r>
          </w:p>
          <w:p w14:paraId="0542506F" w14:textId="77777777" w:rsidR="00F32F9A" w:rsidRPr="00395C4C" w:rsidRDefault="00000000" w:rsidP="00B02BA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621459486"/>
                <w14:checkbox>
                  <w14:checked w14:val="0"/>
                  <w14:checkedState w14:val="0052" w14:font="Wingdings 2"/>
                  <w14:uncheckedState w14:val="2610" w14:font="MS Gothic"/>
                </w14:checkbox>
              </w:sdtPr>
              <w:sdtContent>
                <w:r w:rsidR="00F32F9A">
                  <w:rPr>
                    <w:rFonts w:ascii="MS Gothic" w:eastAsia="MS Gothic" w:hAnsi="MS Gothic" w:cstheme="majorHAnsi" w:hint="eastAsia"/>
                    <w:color w:val="000000"/>
                    <w:sz w:val="24"/>
                    <w:szCs w:val="24"/>
                  </w:rPr>
                  <w:t>☐</w:t>
                </w:r>
              </w:sdtContent>
            </w:sdt>
            <w:r w:rsidR="00F32F9A" w:rsidRPr="00395C4C">
              <w:rPr>
                <w:rFonts w:asciiTheme="majorHAnsi" w:hAnsiTheme="majorHAnsi" w:cstheme="majorHAnsi"/>
                <w:color w:val="000000"/>
                <w:sz w:val="24"/>
                <w:szCs w:val="24"/>
              </w:rPr>
              <w:t xml:space="preserve"> Company’s Strategy, Project Report/Concepts, if available.</w:t>
            </w:r>
          </w:p>
          <w:p w14:paraId="5C14705D" w14:textId="77777777" w:rsidR="00F32F9A" w:rsidRPr="00395C4C" w:rsidRDefault="00000000" w:rsidP="00B02BA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108017701"/>
                <w14:checkbox>
                  <w14:checked w14:val="0"/>
                  <w14:checkedState w14:val="0052" w14:font="Wingdings 2"/>
                  <w14:uncheckedState w14:val="2610" w14:font="MS Gothic"/>
                </w14:checkbox>
              </w:sdtPr>
              <w:sdtContent>
                <w:r w:rsidR="00F32F9A">
                  <w:rPr>
                    <w:rFonts w:ascii="MS Gothic" w:eastAsia="MS Gothic" w:hAnsi="MS Gothic" w:cstheme="majorHAnsi" w:hint="eastAsia"/>
                    <w:color w:val="000000"/>
                    <w:sz w:val="24"/>
                    <w:szCs w:val="24"/>
                  </w:rPr>
                  <w:t>☐</w:t>
                </w:r>
              </w:sdtContent>
            </w:sdt>
            <w:r w:rsidR="00F32F9A" w:rsidRPr="00395C4C">
              <w:rPr>
                <w:rFonts w:asciiTheme="majorHAnsi" w:hAnsiTheme="majorHAnsi" w:cstheme="majorHAnsi"/>
                <w:color w:val="000000"/>
                <w:sz w:val="24"/>
                <w:szCs w:val="24"/>
              </w:rPr>
              <w:t xml:space="preserve"> Publications, media coverage or document highlighting external recognition, if available.</w:t>
            </w:r>
          </w:p>
          <w:p w14:paraId="172788EA" w14:textId="77777777" w:rsidR="00F32F9A" w:rsidRPr="00395C4C" w:rsidRDefault="00000000" w:rsidP="00B02BAC">
            <w:pPr>
              <w:pBdr>
                <w:top w:val="nil"/>
                <w:left w:val="nil"/>
                <w:bottom w:val="nil"/>
                <w:right w:val="nil"/>
                <w:between w:val="nil"/>
              </w:pBdr>
              <w:spacing w:before="240" w:line="276" w:lineRule="auto"/>
              <w:rPr>
                <w:rFonts w:asciiTheme="majorHAnsi" w:hAnsiTheme="majorHAnsi" w:cstheme="majorHAnsi"/>
                <w:color w:val="000000"/>
                <w:sz w:val="24"/>
                <w:szCs w:val="24"/>
              </w:rPr>
            </w:pPr>
            <w:sdt>
              <w:sdtPr>
                <w:rPr>
                  <w:rFonts w:asciiTheme="majorHAnsi" w:hAnsiTheme="majorHAnsi" w:cstheme="majorHAnsi"/>
                  <w:color w:val="000000"/>
                  <w:sz w:val="24"/>
                  <w:szCs w:val="24"/>
                </w:rPr>
                <w:id w:val="633141292"/>
                <w14:checkbox>
                  <w14:checked w14:val="0"/>
                  <w14:checkedState w14:val="0052" w14:font="Wingdings 2"/>
                  <w14:uncheckedState w14:val="2610" w14:font="MS Gothic"/>
                </w14:checkbox>
              </w:sdtPr>
              <w:sdtContent>
                <w:r w:rsidR="00F32F9A">
                  <w:rPr>
                    <w:rFonts w:ascii="MS Gothic" w:eastAsia="MS Gothic" w:hAnsi="MS Gothic" w:cstheme="majorHAnsi" w:hint="eastAsia"/>
                    <w:color w:val="000000"/>
                    <w:sz w:val="24"/>
                    <w:szCs w:val="24"/>
                  </w:rPr>
                  <w:t>☐</w:t>
                </w:r>
              </w:sdtContent>
            </w:sdt>
            <w:r w:rsidR="00F32F9A" w:rsidRPr="00395C4C">
              <w:rPr>
                <w:rFonts w:asciiTheme="majorHAnsi" w:hAnsiTheme="majorHAnsi" w:cstheme="majorHAnsi"/>
                <w:color w:val="000000"/>
                <w:sz w:val="24"/>
                <w:szCs w:val="24"/>
              </w:rPr>
              <w:t xml:space="preserve"> Entry submission, with supporting documents and materials, must be in English.</w:t>
            </w:r>
          </w:p>
          <w:p w14:paraId="62BC266A" w14:textId="77777777" w:rsidR="00F32F9A" w:rsidRPr="00395C4C" w:rsidRDefault="00F32F9A" w:rsidP="00B02BAC">
            <w:pPr>
              <w:pBdr>
                <w:top w:val="nil"/>
                <w:left w:val="nil"/>
                <w:bottom w:val="nil"/>
                <w:right w:val="nil"/>
                <w:between w:val="nil"/>
              </w:pBdr>
              <w:spacing w:before="240"/>
              <w:rPr>
                <w:rFonts w:asciiTheme="majorHAnsi" w:hAnsiTheme="majorHAnsi" w:cstheme="majorBidi"/>
                <w:color w:val="000000"/>
                <w:sz w:val="24"/>
                <w:szCs w:val="24"/>
              </w:rPr>
            </w:pPr>
            <w:r w:rsidRPr="4687FBED">
              <w:rPr>
                <w:rFonts w:asciiTheme="majorHAnsi" w:hAnsiTheme="majorHAnsi" w:cstheme="majorBidi"/>
                <w:color w:val="000000" w:themeColor="text1"/>
                <w:sz w:val="24"/>
                <w:szCs w:val="24"/>
              </w:rPr>
              <w:t>Should you encounter any questions, please feel free to contact ABA Helpdesk at</w:t>
            </w:r>
            <w:r>
              <w:rPr>
                <w:rFonts w:asciiTheme="majorHAnsi" w:hAnsiTheme="majorHAnsi" w:cstheme="majorBidi"/>
                <w:color w:val="000000" w:themeColor="text1"/>
                <w:sz w:val="24"/>
                <w:szCs w:val="24"/>
              </w:rPr>
              <w:t xml:space="preserve"> </w:t>
            </w:r>
            <w:hyperlink r:id="rId14" w:history="1">
              <w:r w:rsidRPr="002B0D7C">
                <w:rPr>
                  <w:rStyle w:val="Hyperlink"/>
                  <w:rFonts w:asciiTheme="majorHAnsi" w:hAnsiTheme="majorHAnsi" w:cstheme="majorBidi"/>
                  <w:sz w:val="24"/>
                  <w:szCs w:val="24"/>
                </w:rPr>
                <w:t>myaba2025@aseanbex.com</w:t>
              </w:r>
            </w:hyperlink>
            <w:r>
              <w:rPr>
                <w:rFonts w:asciiTheme="majorHAnsi" w:hAnsiTheme="majorHAnsi" w:cstheme="majorBidi"/>
                <w:color w:val="000000" w:themeColor="text1"/>
                <w:sz w:val="24"/>
                <w:szCs w:val="24"/>
              </w:rPr>
              <w:t xml:space="preserve"> </w:t>
            </w:r>
            <w:r w:rsidRPr="4687FBED">
              <w:rPr>
                <w:rFonts w:asciiTheme="majorHAnsi" w:hAnsiTheme="majorHAnsi" w:cstheme="majorBidi"/>
                <w:color w:val="000000" w:themeColor="text1"/>
                <w:sz w:val="24"/>
                <w:szCs w:val="24"/>
              </w:rPr>
              <w:t>for additional support.</w:t>
            </w:r>
          </w:p>
          <w:p w14:paraId="671A8D31" w14:textId="77777777" w:rsidR="00F32F9A" w:rsidRPr="00BF3271" w:rsidRDefault="00F32F9A" w:rsidP="00B02BAC">
            <w:pPr>
              <w:pBdr>
                <w:top w:val="nil"/>
                <w:left w:val="nil"/>
                <w:bottom w:val="nil"/>
                <w:right w:val="nil"/>
                <w:between w:val="nil"/>
              </w:pBdr>
              <w:spacing w:before="240" w:line="276" w:lineRule="auto"/>
              <w:rPr>
                <w:rFonts w:asciiTheme="majorHAnsi" w:hAnsiTheme="majorHAnsi" w:cstheme="majorHAnsi"/>
                <w:color w:val="000000" w:themeColor="text1"/>
                <w:sz w:val="24"/>
                <w:szCs w:val="24"/>
              </w:rPr>
            </w:pPr>
            <w:r w:rsidRPr="00BF3271">
              <w:rPr>
                <w:rFonts w:asciiTheme="majorHAnsi" w:hAnsiTheme="majorHAnsi" w:cstheme="majorHAnsi"/>
                <w:color w:val="000000" w:themeColor="text1"/>
                <w:sz w:val="24"/>
                <w:szCs w:val="24"/>
              </w:rPr>
              <w:t>For daily news and updates, please check out our official website at</w:t>
            </w:r>
            <w:r>
              <w:rPr>
                <w:rFonts w:asciiTheme="majorHAnsi" w:hAnsiTheme="majorHAnsi" w:cstheme="majorHAnsi"/>
                <w:color w:val="000000" w:themeColor="text1"/>
                <w:sz w:val="24"/>
                <w:szCs w:val="24"/>
              </w:rPr>
              <w:t xml:space="preserve"> </w:t>
            </w:r>
            <w:hyperlink r:id="rId15" w:history="1">
              <w:r w:rsidRPr="0085452A">
                <w:rPr>
                  <w:rStyle w:val="Hyperlink"/>
                  <w:rFonts w:asciiTheme="majorHAnsi" w:hAnsiTheme="majorHAnsi" w:cstheme="majorHAnsi"/>
                  <w:sz w:val="24"/>
                  <w:szCs w:val="24"/>
                </w:rPr>
                <w:t>https://aba.aseanbac.com.my/</w:t>
              </w:r>
            </w:hyperlink>
          </w:p>
          <w:p w14:paraId="00A78518" w14:textId="77777777" w:rsidR="00F32F9A" w:rsidRPr="00395C4C" w:rsidRDefault="00F32F9A" w:rsidP="00B02BAC">
            <w:pPr>
              <w:pBdr>
                <w:top w:val="nil"/>
                <w:left w:val="nil"/>
                <w:bottom w:val="nil"/>
                <w:right w:val="nil"/>
                <w:between w:val="nil"/>
              </w:pBdr>
              <w:spacing w:line="360" w:lineRule="auto"/>
              <w:rPr>
                <w:rFonts w:asciiTheme="majorHAnsi" w:hAnsiTheme="majorHAnsi" w:cstheme="majorHAnsi"/>
                <w:color w:val="000000"/>
                <w:sz w:val="24"/>
                <w:szCs w:val="24"/>
              </w:rPr>
            </w:pPr>
          </w:p>
        </w:tc>
      </w:tr>
    </w:tbl>
    <w:p w14:paraId="37F846EC" w14:textId="77777777" w:rsidR="00F32F9A" w:rsidRPr="00117369" w:rsidRDefault="00F32F9A" w:rsidP="0098550F">
      <w:pPr>
        <w:pBdr>
          <w:top w:val="nil"/>
          <w:left w:val="nil"/>
          <w:bottom w:val="nil"/>
          <w:right w:val="nil"/>
          <w:between w:val="nil"/>
        </w:pBdr>
        <w:rPr>
          <w:rFonts w:asciiTheme="majorHAnsi" w:hAnsiTheme="majorHAnsi" w:cstheme="majorHAnsi"/>
        </w:rPr>
      </w:pPr>
    </w:p>
    <w:sectPr w:rsidR="00F32F9A" w:rsidRPr="00117369" w:rsidSect="008F14A7">
      <w:headerReference w:type="default" r:id="rId16"/>
      <w:footerReference w:type="default" r:id="rId17"/>
      <w:headerReference w:type="first" r:id="rId18"/>
      <w:pgSz w:w="12240" w:h="15840"/>
      <w:pgMar w:top="2028" w:right="902" w:bottom="1440" w:left="85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139E0" w14:textId="77777777" w:rsidR="006F3903" w:rsidRDefault="006F3903">
      <w:pPr>
        <w:spacing w:after="0" w:line="240" w:lineRule="auto"/>
      </w:pPr>
      <w:r>
        <w:separator/>
      </w:r>
    </w:p>
  </w:endnote>
  <w:endnote w:type="continuationSeparator" w:id="0">
    <w:p w14:paraId="659129D9" w14:textId="77777777" w:rsidR="006F3903" w:rsidRDefault="006F3903">
      <w:pPr>
        <w:spacing w:after="0" w:line="240" w:lineRule="auto"/>
      </w:pPr>
      <w:r>
        <w:continuationSeparator/>
      </w:r>
    </w:p>
  </w:endnote>
  <w:endnote w:type="continuationNotice" w:id="1">
    <w:p w14:paraId="39B6D96E" w14:textId="77777777" w:rsidR="006F3903" w:rsidRDefault="006F39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D765B146-183E-4189-A16D-00E7D2B6501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52CF562D-80AF-43C7-BF59-A6295449EFEA}"/>
    <w:embedBold r:id="rId3" w:fontKey="{9D88179C-18D8-4951-929D-95F7B7E3B68D}"/>
    <w:embedItalic r:id="rId4" w:fontKey="{439682B6-CAC3-4158-9E7C-BB7AA8FBA3DD}"/>
    <w:embedBoldItalic r:id="rId5" w:fontKey="{B5736A04-36E9-41D9-A9DE-0D1F047F7B2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BCF2C31F-53E2-47BB-B560-78C3F6635E04}"/>
    <w:embedBold r:id="rId7" w:fontKey="{7373C2B2-DD36-46A2-96EE-86F139847B8F}"/>
    <w:embedItalic r:id="rId8" w:fontKey="{5D7F6870-20A9-4CB0-A1B0-230C9708627C}"/>
    <w:embedBoldItalic r:id="rId9" w:fontKey="{1A3E9F93-66D3-4A90-8CBA-8C365EF20653}"/>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C92AB239-A011-4494-A44D-F2B3E1BE29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5"/>
      <w:gridCol w:w="3495"/>
      <w:gridCol w:w="3495"/>
    </w:tblGrid>
    <w:tr w:rsidR="7D2481E8" w14:paraId="4141180E" w14:textId="77777777" w:rsidTr="7D2481E8">
      <w:trPr>
        <w:trHeight w:val="300"/>
      </w:trPr>
      <w:tc>
        <w:tcPr>
          <w:tcW w:w="3495" w:type="dxa"/>
        </w:tcPr>
        <w:p w14:paraId="48699F33" w14:textId="41D32492" w:rsidR="7D2481E8" w:rsidRDefault="7D2481E8" w:rsidP="7D2481E8">
          <w:pPr>
            <w:pStyle w:val="Header"/>
            <w:ind w:left="-115"/>
          </w:pPr>
        </w:p>
      </w:tc>
      <w:tc>
        <w:tcPr>
          <w:tcW w:w="3495" w:type="dxa"/>
        </w:tcPr>
        <w:p w14:paraId="4F876A10" w14:textId="70617074" w:rsidR="7D2481E8" w:rsidRDefault="7D2481E8" w:rsidP="7D2481E8">
          <w:pPr>
            <w:pStyle w:val="Header"/>
            <w:jc w:val="center"/>
          </w:pPr>
        </w:p>
      </w:tc>
      <w:tc>
        <w:tcPr>
          <w:tcW w:w="3495" w:type="dxa"/>
        </w:tcPr>
        <w:p w14:paraId="0F68E1CF" w14:textId="5C471AC4" w:rsidR="7D2481E8" w:rsidRDefault="7D2481E8" w:rsidP="7D2481E8">
          <w:pPr>
            <w:pStyle w:val="Header"/>
            <w:ind w:right="-115"/>
            <w:jc w:val="right"/>
          </w:pPr>
        </w:p>
      </w:tc>
    </w:tr>
  </w:tbl>
  <w:p w14:paraId="34F81B96" w14:textId="1EC78613" w:rsidR="7D2481E8" w:rsidRDefault="7D2481E8" w:rsidP="7D248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15EC2" w14:textId="77777777" w:rsidR="006F3903" w:rsidRDefault="006F3903">
      <w:pPr>
        <w:spacing w:after="0" w:line="240" w:lineRule="auto"/>
      </w:pPr>
      <w:r>
        <w:separator/>
      </w:r>
    </w:p>
  </w:footnote>
  <w:footnote w:type="continuationSeparator" w:id="0">
    <w:p w14:paraId="5242876E" w14:textId="77777777" w:rsidR="006F3903" w:rsidRDefault="006F3903">
      <w:pPr>
        <w:spacing w:after="0" w:line="240" w:lineRule="auto"/>
      </w:pPr>
      <w:r>
        <w:continuationSeparator/>
      </w:r>
    </w:p>
  </w:footnote>
  <w:footnote w:type="continuationNotice" w:id="1">
    <w:p w14:paraId="3E3E344A" w14:textId="77777777" w:rsidR="006F3903" w:rsidRDefault="006F39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95"/>
      <w:gridCol w:w="3495"/>
      <w:gridCol w:w="3495"/>
    </w:tblGrid>
    <w:tr w:rsidR="7D2481E8" w14:paraId="2B6734B6" w14:textId="77777777" w:rsidTr="00F90A75">
      <w:trPr>
        <w:trHeight w:val="434"/>
      </w:trPr>
      <w:tc>
        <w:tcPr>
          <w:tcW w:w="3495" w:type="dxa"/>
        </w:tcPr>
        <w:p w14:paraId="789524A8" w14:textId="38777D82" w:rsidR="7D2481E8" w:rsidRDefault="7D2481E8" w:rsidP="6D528D6D">
          <w:pPr>
            <w:ind w:left="-115"/>
          </w:pPr>
        </w:p>
      </w:tc>
      <w:tc>
        <w:tcPr>
          <w:tcW w:w="3495" w:type="dxa"/>
        </w:tcPr>
        <w:p w14:paraId="18BE9895" w14:textId="07A63094" w:rsidR="7D2481E8" w:rsidRDefault="7D2481E8" w:rsidP="6D528D6D">
          <w:pPr>
            <w:jc w:val="center"/>
          </w:pPr>
        </w:p>
      </w:tc>
      <w:tc>
        <w:tcPr>
          <w:tcW w:w="3495" w:type="dxa"/>
        </w:tcPr>
        <w:p w14:paraId="708EC76D" w14:textId="6223F45D" w:rsidR="7D2481E8" w:rsidRDefault="7D2481E8" w:rsidP="7D2481E8">
          <w:pPr>
            <w:pStyle w:val="Header"/>
            <w:ind w:right="-115"/>
            <w:jc w:val="right"/>
          </w:pPr>
        </w:p>
      </w:tc>
    </w:tr>
  </w:tbl>
  <w:p w14:paraId="3544B180" w14:textId="1CFDFE13" w:rsidR="7D2481E8" w:rsidRDefault="7D2481E8" w:rsidP="7D2481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9B29A" w14:textId="1A06CFDE" w:rsidR="008F14A7" w:rsidRDefault="008F14A7">
    <w:pPr>
      <w:pStyle w:val="Header"/>
    </w:pPr>
    <w:r>
      <w:rPr>
        <w:noProof/>
      </w:rPr>
      <w:drawing>
        <wp:anchor distT="0" distB="0" distL="114300" distR="114300" simplePos="0" relativeHeight="251658240" behindDoc="0" locked="0" layoutInCell="1" allowOverlap="1" wp14:anchorId="1261425B" wp14:editId="0E8A63BB">
          <wp:simplePos x="0" y="0"/>
          <wp:positionH relativeFrom="page">
            <wp:posOffset>6350</wp:posOffset>
          </wp:positionH>
          <wp:positionV relativeFrom="paragraph">
            <wp:posOffset>-457200</wp:posOffset>
          </wp:positionV>
          <wp:extent cx="7760970" cy="1295400"/>
          <wp:effectExtent l="0" t="0" r="0" b="0"/>
          <wp:wrapNone/>
          <wp:docPr id="2049231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31109"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60970" cy="1295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D1BD2"/>
    <w:multiLevelType w:val="hybridMultilevel"/>
    <w:tmpl w:val="D27A4BA2"/>
    <w:lvl w:ilvl="0" w:tplc="439290A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E6D1399"/>
    <w:multiLevelType w:val="hybridMultilevel"/>
    <w:tmpl w:val="3376B27E"/>
    <w:lvl w:ilvl="0" w:tplc="21029E54">
      <w:start w:val="1"/>
      <w:numFmt w:val="bullet"/>
      <w:lvlText w:val=""/>
      <w:lvlJc w:val="left"/>
      <w:pPr>
        <w:ind w:left="720" w:hanging="360"/>
      </w:pPr>
      <w:rPr>
        <w:rFonts w:ascii="Wingdings 2" w:hAnsi="Wingdings 2"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0066D77"/>
    <w:multiLevelType w:val="hybridMultilevel"/>
    <w:tmpl w:val="E65E274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1C377E"/>
    <w:multiLevelType w:val="multilevel"/>
    <w:tmpl w:val="567061C4"/>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1632AC8"/>
    <w:multiLevelType w:val="multilevel"/>
    <w:tmpl w:val="CB4479B2"/>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A22FCA"/>
    <w:multiLevelType w:val="hybridMultilevel"/>
    <w:tmpl w:val="71AC5168"/>
    <w:lvl w:ilvl="0" w:tplc="56DA5CD2">
      <w:start w:val="1"/>
      <w:numFmt w:val="lowerLetter"/>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55523AE"/>
    <w:multiLevelType w:val="hybridMultilevel"/>
    <w:tmpl w:val="EB1C2442"/>
    <w:lvl w:ilvl="0" w:tplc="21029E54">
      <w:start w:val="1"/>
      <w:numFmt w:val="bullet"/>
      <w:lvlText w:val=""/>
      <w:lvlJc w:val="left"/>
      <w:pPr>
        <w:ind w:left="720" w:hanging="360"/>
      </w:pPr>
      <w:rPr>
        <w:rFonts w:ascii="Wingdings 2" w:hAnsi="Wingdings 2"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E235125"/>
    <w:multiLevelType w:val="hybridMultilevel"/>
    <w:tmpl w:val="E65E274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C406CF6"/>
    <w:multiLevelType w:val="hybridMultilevel"/>
    <w:tmpl w:val="E65E274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C245FF"/>
    <w:multiLevelType w:val="multilevel"/>
    <w:tmpl w:val="1F0C73A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1431E08"/>
    <w:multiLevelType w:val="hybridMultilevel"/>
    <w:tmpl w:val="65608F8C"/>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78772DCB"/>
    <w:multiLevelType w:val="hybridMultilevel"/>
    <w:tmpl w:val="17B495D8"/>
    <w:lvl w:ilvl="0" w:tplc="A3C8BFC8">
      <w:start w:val="1"/>
      <w:numFmt w:val="bullet"/>
      <w:lvlText w:val=""/>
      <w:lvlJc w:val="left"/>
      <w:pPr>
        <w:ind w:left="720" w:hanging="360"/>
      </w:pPr>
      <w:rPr>
        <w:rFonts w:ascii="Wingdings 2" w:hAnsi="Wingdings 2"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7BED1110"/>
    <w:multiLevelType w:val="hybridMultilevel"/>
    <w:tmpl w:val="E556CB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810416">
    <w:abstractNumId w:val="9"/>
  </w:num>
  <w:num w:numId="2" w16cid:durableId="1870143178">
    <w:abstractNumId w:val="3"/>
  </w:num>
  <w:num w:numId="3" w16cid:durableId="446193347">
    <w:abstractNumId w:val="4"/>
  </w:num>
  <w:num w:numId="4" w16cid:durableId="4212194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58838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4977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0636163">
    <w:abstractNumId w:val="11"/>
  </w:num>
  <w:num w:numId="8" w16cid:durableId="1327631854">
    <w:abstractNumId w:val="6"/>
  </w:num>
  <w:num w:numId="9" w16cid:durableId="62995353">
    <w:abstractNumId w:val="1"/>
  </w:num>
  <w:num w:numId="10" w16cid:durableId="859274165">
    <w:abstractNumId w:val="10"/>
  </w:num>
  <w:num w:numId="11" w16cid:durableId="799687907">
    <w:abstractNumId w:val="8"/>
  </w:num>
  <w:num w:numId="12" w16cid:durableId="796799572">
    <w:abstractNumId w:val="2"/>
  </w:num>
  <w:num w:numId="13" w16cid:durableId="1099134216">
    <w:abstractNumId w:val="7"/>
  </w:num>
  <w:num w:numId="14" w16cid:durableId="386300882">
    <w:abstractNumId w:val="12"/>
  </w:num>
  <w:num w:numId="15" w16cid:durableId="1421292167">
    <w:abstractNumId w:val="5"/>
  </w:num>
  <w:num w:numId="16" w16cid:durableId="791097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FjLQaSYwn2n5o1FP5EI57BdNFVt1urIS9MajQb9qsp9IuoRUtA3qeQX3ABk92KpxBrn6jd8mfHnMz+vlH9QNtA==" w:salt="7+7wDjh6t2U2fXw6PM8Av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25B"/>
    <w:rsid w:val="00064B77"/>
    <w:rsid w:val="000661CA"/>
    <w:rsid w:val="000D5965"/>
    <w:rsid w:val="00105774"/>
    <w:rsid w:val="0011654B"/>
    <w:rsid w:val="00117369"/>
    <w:rsid w:val="0016260C"/>
    <w:rsid w:val="001707A8"/>
    <w:rsid w:val="0019313A"/>
    <w:rsid w:val="001A080B"/>
    <w:rsid w:val="001A5110"/>
    <w:rsid w:val="001A6CF9"/>
    <w:rsid w:val="001C7EC8"/>
    <w:rsid w:val="00215A1E"/>
    <w:rsid w:val="002347DE"/>
    <w:rsid w:val="0024328F"/>
    <w:rsid w:val="00246989"/>
    <w:rsid w:val="00256414"/>
    <w:rsid w:val="00275632"/>
    <w:rsid w:val="00286267"/>
    <w:rsid w:val="002A268E"/>
    <w:rsid w:val="002B1C68"/>
    <w:rsid w:val="002C6304"/>
    <w:rsid w:val="002C7C7B"/>
    <w:rsid w:val="002E7D17"/>
    <w:rsid w:val="002F3F9A"/>
    <w:rsid w:val="002F4376"/>
    <w:rsid w:val="00334976"/>
    <w:rsid w:val="003405AF"/>
    <w:rsid w:val="00395C4C"/>
    <w:rsid w:val="003B6F58"/>
    <w:rsid w:val="003C22FA"/>
    <w:rsid w:val="003E011B"/>
    <w:rsid w:val="00411B59"/>
    <w:rsid w:val="0047725B"/>
    <w:rsid w:val="00481687"/>
    <w:rsid w:val="004B0745"/>
    <w:rsid w:val="004D4974"/>
    <w:rsid w:val="0052051C"/>
    <w:rsid w:val="00537E34"/>
    <w:rsid w:val="00591704"/>
    <w:rsid w:val="005A2561"/>
    <w:rsid w:val="005C4339"/>
    <w:rsid w:val="005E4725"/>
    <w:rsid w:val="005E6902"/>
    <w:rsid w:val="005E74C1"/>
    <w:rsid w:val="005F7953"/>
    <w:rsid w:val="00600CDF"/>
    <w:rsid w:val="00601701"/>
    <w:rsid w:val="00637913"/>
    <w:rsid w:val="006504A8"/>
    <w:rsid w:val="006610EE"/>
    <w:rsid w:val="00661159"/>
    <w:rsid w:val="006714AA"/>
    <w:rsid w:val="00691A13"/>
    <w:rsid w:val="006C18C2"/>
    <w:rsid w:val="006C3F13"/>
    <w:rsid w:val="006D5D57"/>
    <w:rsid w:val="006F0404"/>
    <w:rsid w:val="006F3903"/>
    <w:rsid w:val="007471C5"/>
    <w:rsid w:val="0076374E"/>
    <w:rsid w:val="00766EFB"/>
    <w:rsid w:val="007B4ED0"/>
    <w:rsid w:val="007C5A34"/>
    <w:rsid w:val="007F178E"/>
    <w:rsid w:val="00810B07"/>
    <w:rsid w:val="008230C2"/>
    <w:rsid w:val="00825B0B"/>
    <w:rsid w:val="0083517C"/>
    <w:rsid w:val="00841C7C"/>
    <w:rsid w:val="00844A5D"/>
    <w:rsid w:val="008529C6"/>
    <w:rsid w:val="00855C21"/>
    <w:rsid w:val="00876971"/>
    <w:rsid w:val="008B320C"/>
    <w:rsid w:val="008C36E5"/>
    <w:rsid w:val="008F05A4"/>
    <w:rsid w:val="008F14A7"/>
    <w:rsid w:val="009014C5"/>
    <w:rsid w:val="0090467D"/>
    <w:rsid w:val="00920DF3"/>
    <w:rsid w:val="00930603"/>
    <w:rsid w:val="009360A1"/>
    <w:rsid w:val="009434F2"/>
    <w:rsid w:val="00944611"/>
    <w:rsid w:val="00951BAD"/>
    <w:rsid w:val="00956015"/>
    <w:rsid w:val="0096506D"/>
    <w:rsid w:val="00984DA8"/>
    <w:rsid w:val="0098550F"/>
    <w:rsid w:val="00986A49"/>
    <w:rsid w:val="009A16DA"/>
    <w:rsid w:val="009B67BE"/>
    <w:rsid w:val="009F7A32"/>
    <w:rsid w:val="00A26B20"/>
    <w:rsid w:val="00A435E7"/>
    <w:rsid w:val="00A45829"/>
    <w:rsid w:val="00A51BD8"/>
    <w:rsid w:val="00AA3E72"/>
    <w:rsid w:val="00AC18F0"/>
    <w:rsid w:val="00B01FBF"/>
    <w:rsid w:val="00B12F57"/>
    <w:rsid w:val="00B16571"/>
    <w:rsid w:val="00B36A51"/>
    <w:rsid w:val="00B45E46"/>
    <w:rsid w:val="00B56EE4"/>
    <w:rsid w:val="00B608C6"/>
    <w:rsid w:val="00B7368F"/>
    <w:rsid w:val="00B757DA"/>
    <w:rsid w:val="00B929F8"/>
    <w:rsid w:val="00B96839"/>
    <w:rsid w:val="00BA27A8"/>
    <w:rsid w:val="00BA3901"/>
    <w:rsid w:val="00BE5A94"/>
    <w:rsid w:val="00BF3271"/>
    <w:rsid w:val="00C05015"/>
    <w:rsid w:val="00C263A5"/>
    <w:rsid w:val="00C330DB"/>
    <w:rsid w:val="00C401EC"/>
    <w:rsid w:val="00C44DA3"/>
    <w:rsid w:val="00C45790"/>
    <w:rsid w:val="00C459E8"/>
    <w:rsid w:val="00C46335"/>
    <w:rsid w:val="00C51908"/>
    <w:rsid w:val="00C51B8C"/>
    <w:rsid w:val="00C57940"/>
    <w:rsid w:val="00C822B8"/>
    <w:rsid w:val="00CB089E"/>
    <w:rsid w:val="00CE5779"/>
    <w:rsid w:val="00CE5AC7"/>
    <w:rsid w:val="00D13C26"/>
    <w:rsid w:val="00D30F19"/>
    <w:rsid w:val="00D4501D"/>
    <w:rsid w:val="00D52050"/>
    <w:rsid w:val="00D632E8"/>
    <w:rsid w:val="00D66D96"/>
    <w:rsid w:val="00D934F4"/>
    <w:rsid w:val="00D95568"/>
    <w:rsid w:val="00DA0E49"/>
    <w:rsid w:val="00DA7F09"/>
    <w:rsid w:val="00DC74BA"/>
    <w:rsid w:val="00DF1A89"/>
    <w:rsid w:val="00E13666"/>
    <w:rsid w:val="00E369F6"/>
    <w:rsid w:val="00E40579"/>
    <w:rsid w:val="00E46F40"/>
    <w:rsid w:val="00E47C56"/>
    <w:rsid w:val="00E507E6"/>
    <w:rsid w:val="00E510D5"/>
    <w:rsid w:val="00E94154"/>
    <w:rsid w:val="00EB55DC"/>
    <w:rsid w:val="00EE7DC8"/>
    <w:rsid w:val="00F14CFF"/>
    <w:rsid w:val="00F30E5E"/>
    <w:rsid w:val="00F32F9A"/>
    <w:rsid w:val="00F33302"/>
    <w:rsid w:val="00F53B30"/>
    <w:rsid w:val="00F90A75"/>
    <w:rsid w:val="00FD32BD"/>
    <w:rsid w:val="00FE12C3"/>
    <w:rsid w:val="0CFB5CEC"/>
    <w:rsid w:val="105997C1"/>
    <w:rsid w:val="12ABE41E"/>
    <w:rsid w:val="18AB22EB"/>
    <w:rsid w:val="18D0DBF3"/>
    <w:rsid w:val="1EB30C7F"/>
    <w:rsid w:val="2602603C"/>
    <w:rsid w:val="2728263D"/>
    <w:rsid w:val="29F78208"/>
    <w:rsid w:val="2EABAF5A"/>
    <w:rsid w:val="2F3ED2A0"/>
    <w:rsid w:val="32F3CCE0"/>
    <w:rsid w:val="3774E0BC"/>
    <w:rsid w:val="37843ADF"/>
    <w:rsid w:val="3F477309"/>
    <w:rsid w:val="4687FBED"/>
    <w:rsid w:val="49403F86"/>
    <w:rsid w:val="4A4C5BCB"/>
    <w:rsid w:val="4C856138"/>
    <w:rsid w:val="5530E23C"/>
    <w:rsid w:val="5D3A3CE0"/>
    <w:rsid w:val="5E43BC20"/>
    <w:rsid w:val="603FD377"/>
    <w:rsid w:val="62564002"/>
    <w:rsid w:val="6B57E959"/>
    <w:rsid w:val="6B8D8AB6"/>
    <w:rsid w:val="6D528D6D"/>
    <w:rsid w:val="6E35207A"/>
    <w:rsid w:val="6FF2E0FB"/>
    <w:rsid w:val="730A5A1E"/>
    <w:rsid w:val="73F1C45E"/>
    <w:rsid w:val="77664A50"/>
    <w:rsid w:val="7D2481E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702AE"/>
  <w15:docId w15:val="{6DA5F624-0EEB-4120-BA2C-CF86E9885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SimSun" w:hAnsi="Cambria" w:cs="Cambria"/>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BF3271"/>
    <w:rPr>
      <w:color w:val="0000FF" w:themeColor="hyperlink"/>
      <w:u w:val="single"/>
    </w:rPr>
  </w:style>
  <w:style w:type="character" w:styleId="UnresolvedMention">
    <w:name w:val="Unresolved Mention"/>
    <w:basedOn w:val="DefaultParagraphFont"/>
    <w:uiPriority w:val="99"/>
    <w:semiHidden/>
    <w:unhideWhenUsed/>
    <w:rsid w:val="00BF3271"/>
    <w:rPr>
      <w:color w:val="605E5C"/>
      <w:shd w:val="clear" w:color="auto" w:fill="E1DFDD"/>
    </w:rPr>
  </w:style>
  <w:style w:type="character" w:styleId="FollowedHyperlink">
    <w:name w:val="FollowedHyperlink"/>
    <w:basedOn w:val="DefaultParagraphFont"/>
    <w:uiPriority w:val="99"/>
    <w:semiHidden/>
    <w:unhideWhenUsed/>
    <w:rsid w:val="00BF3271"/>
    <w:rPr>
      <w:color w:val="800080" w:themeColor="followedHyperlink"/>
      <w:u w:val="single"/>
    </w:rPr>
  </w:style>
  <w:style w:type="character" w:styleId="PlaceholderText">
    <w:name w:val="Placeholder Text"/>
    <w:basedOn w:val="DefaultParagraphFont"/>
    <w:uiPriority w:val="99"/>
    <w:semiHidden/>
    <w:rsid w:val="00A51BD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ba.aseanbac.com.m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yaba2025@aseanbex.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ba.aseanbac.com.my/"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yaba2025@aseanbex.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C89DB06-91CB-4FF9-BE42-44479ED1F5BF}"/>
      </w:docPartPr>
      <w:docPartBody>
        <w:p w:rsidR="00011182" w:rsidRDefault="004520B2">
          <w:r w:rsidRPr="0085452A">
            <w:rPr>
              <w:rStyle w:val="PlaceholderText"/>
            </w:rPr>
            <w:t>Click or tap here to enter text.</w:t>
          </w:r>
        </w:p>
      </w:docPartBody>
    </w:docPart>
    <w:docPart>
      <w:docPartPr>
        <w:name w:val="279F7E5B05A64EE485087E59B604B48D"/>
        <w:category>
          <w:name w:val="General"/>
          <w:gallery w:val="placeholder"/>
        </w:category>
        <w:types>
          <w:type w:val="bbPlcHdr"/>
        </w:types>
        <w:behaviors>
          <w:behavior w:val="content"/>
        </w:behaviors>
        <w:guid w:val="{E4A32506-11B3-4A90-BB9C-8E016248437A}"/>
      </w:docPartPr>
      <w:docPartBody>
        <w:p w:rsidR="00011182" w:rsidRDefault="004520B2" w:rsidP="004520B2">
          <w:pPr>
            <w:pStyle w:val="279F7E5B05A64EE485087E59B604B48D"/>
          </w:pPr>
          <w:r w:rsidRPr="0085452A">
            <w:rPr>
              <w:rStyle w:val="PlaceholderText"/>
            </w:rPr>
            <w:t>Click or tap here to enter text.</w:t>
          </w:r>
        </w:p>
      </w:docPartBody>
    </w:docPart>
    <w:docPart>
      <w:docPartPr>
        <w:name w:val="C9621ADF1C034690B3857661489A5B78"/>
        <w:category>
          <w:name w:val="General"/>
          <w:gallery w:val="placeholder"/>
        </w:category>
        <w:types>
          <w:type w:val="bbPlcHdr"/>
        </w:types>
        <w:behaviors>
          <w:behavior w:val="content"/>
        </w:behaviors>
        <w:guid w:val="{A3C21FB1-9574-4833-AB2A-31092998F776}"/>
      </w:docPartPr>
      <w:docPartBody>
        <w:p w:rsidR="00011182" w:rsidRDefault="004520B2" w:rsidP="004520B2">
          <w:pPr>
            <w:pStyle w:val="C9621ADF1C034690B3857661489A5B78"/>
          </w:pPr>
          <w:r w:rsidRPr="0085452A">
            <w:rPr>
              <w:rStyle w:val="PlaceholderText"/>
            </w:rPr>
            <w:t>Click or tap here to enter text.</w:t>
          </w:r>
        </w:p>
      </w:docPartBody>
    </w:docPart>
    <w:docPart>
      <w:docPartPr>
        <w:name w:val="EF8B0CF730DC4538AAA6682AB2616F36"/>
        <w:category>
          <w:name w:val="General"/>
          <w:gallery w:val="placeholder"/>
        </w:category>
        <w:types>
          <w:type w:val="bbPlcHdr"/>
        </w:types>
        <w:behaviors>
          <w:behavior w:val="content"/>
        </w:behaviors>
        <w:guid w:val="{2F6F0A28-8FAA-4D2A-ABD8-DB1FD42EBFCB}"/>
      </w:docPartPr>
      <w:docPartBody>
        <w:p w:rsidR="00011182" w:rsidRDefault="004520B2" w:rsidP="004520B2">
          <w:pPr>
            <w:pStyle w:val="EF8B0CF730DC4538AAA6682AB2616F36"/>
          </w:pPr>
          <w:r w:rsidRPr="0085452A">
            <w:rPr>
              <w:rStyle w:val="PlaceholderText"/>
            </w:rPr>
            <w:t>Click or tap here to enter text.</w:t>
          </w:r>
        </w:p>
      </w:docPartBody>
    </w:docPart>
    <w:docPart>
      <w:docPartPr>
        <w:name w:val="754BED8B5A134AC3BAE73203DE085DFE"/>
        <w:category>
          <w:name w:val="General"/>
          <w:gallery w:val="placeholder"/>
        </w:category>
        <w:types>
          <w:type w:val="bbPlcHdr"/>
        </w:types>
        <w:behaviors>
          <w:behavior w:val="content"/>
        </w:behaviors>
        <w:guid w:val="{1BBF26D7-7B42-48A0-B9A7-653D99BE6AD3}"/>
      </w:docPartPr>
      <w:docPartBody>
        <w:p w:rsidR="00011182" w:rsidRDefault="004520B2" w:rsidP="004520B2">
          <w:pPr>
            <w:pStyle w:val="754BED8B5A134AC3BAE73203DE085DFE"/>
          </w:pPr>
          <w:r w:rsidRPr="0085452A">
            <w:rPr>
              <w:rStyle w:val="PlaceholderText"/>
            </w:rPr>
            <w:t>Click or tap here to enter text.</w:t>
          </w:r>
        </w:p>
      </w:docPartBody>
    </w:docPart>
    <w:docPart>
      <w:docPartPr>
        <w:name w:val="40A22D4EE3F5446699479BD9B617A77D"/>
        <w:category>
          <w:name w:val="General"/>
          <w:gallery w:val="placeholder"/>
        </w:category>
        <w:types>
          <w:type w:val="bbPlcHdr"/>
        </w:types>
        <w:behaviors>
          <w:behavior w:val="content"/>
        </w:behaviors>
        <w:guid w:val="{AAE891D1-F8FB-4001-81D9-D8E6E4BEA2A1}"/>
      </w:docPartPr>
      <w:docPartBody>
        <w:p w:rsidR="00011182" w:rsidRDefault="004520B2" w:rsidP="004520B2">
          <w:pPr>
            <w:pStyle w:val="40A22D4EE3F5446699479BD9B617A77D"/>
          </w:pPr>
          <w:r w:rsidRPr="0085452A">
            <w:rPr>
              <w:rStyle w:val="PlaceholderText"/>
            </w:rPr>
            <w:t>Click or tap here to enter text.</w:t>
          </w:r>
        </w:p>
      </w:docPartBody>
    </w:docPart>
    <w:docPart>
      <w:docPartPr>
        <w:name w:val="DE7D274C18234211A01B572A4D638384"/>
        <w:category>
          <w:name w:val="General"/>
          <w:gallery w:val="placeholder"/>
        </w:category>
        <w:types>
          <w:type w:val="bbPlcHdr"/>
        </w:types>
        <w:behaviors>
          <w:behavior w:val="content"/>
        </w:behaviors>
        <w:guid w:val="{E2FD41DD-8076-4017-83BE-146B2D20CFC3}"/>
      </w:docPartPr>
      <w:docPartBody>
        <w:p w:rsidR="00011182" w:rsidRDefault="004520B2" w:rsidP="004520B2">
          <w:pPr>
            <w:pStyle w:val="DE7D274C18234211A01B572A4D638384"/>
          </w:pPr>
          <w:r w:rsidRPr="0085452A">
            <w:rPr>
              <w:rStyle w:val="PlaceholderText"/>
            </w:rPr>
            <w:t>Click or tap here to enter text.</w:t>
          </w:r>
        </w:p>
      </w:docPartBody>
    </w:docPart>
    <w:docPart>
      <w:docPartPr>
        <w:name w:val="500C1D127C7246848A5E9D5C8B15574F"/>
        <w:category>
          <w:name w:val="General"/>
          <w:gallery w:val="placeholder"/>
        </w:category>
        <w:types>
          <w:type w:val="bbPlcHdr"/>
        </w:types>
        <w:behaviors>
          <w:behavior w:val="content"/>
        </w:behaviors>
        <w:guid w:val="{DAE3CF70-9E84-4C52-82AE-B7E40326F3FB}"/>
      </w:docPartPr>
      <w:docPartBody>
        <w:p w:rsidR="00011182" w:rsidRDefault="004520B2" w:rsidP="004520B2">
          <w:pPr>
            <w:pStyle w:val="500C1D127C7246848A5E9D5C8B15574F"/>
          </w:pPr>
          <w:r w:rsidRPr="0085452A">
            <w:rPr>
              <w:rStyle w:val="PlaceholderText"/>
            </w:rPr>
            <w:t>Click or tap here to enter text.</w:t>
          </w:r>
        </w:p>
      </w:docPartBody>
    </w:docPart>
    <w:docPart>
      <w:docPartPr>
        <w:name w:val="2F532D22CB67497C92274615D493D113"/>
        <w:category>
          <w:name w:val="General"/>
          <w:gallery w:val="placeholder"/>
        </w:category>
        <w:types>
          <w:type w:val="bbPlcHdr"/>
        </w:types>
        <w:behaviors>
          <w:behavior w:val="content"/>
        </w:behaviors>
        <w:guid w:val="{473817EC-81DF-40F3-AC3E-396B3C150DBC}"/>
      </w:docPartPr>
      <w:docPartBody>
        <w:p w:rsidR="00011182" w:rsidRDefault="004520B2" w:rsidP="004520B2">
          <w:pPr>
            <w:pStyle w:val="2F532D22CB67497C92274615D493D113"/>
          </w:pPr>
          <w:r w:rsidRPr="0085452A">
            <w:rPr>
              <w:rStyle w:val="PlaceholderText"/>
            </w:rPr>
            <w:t>Click or tap here to enter text.</w:t>
          </w:r>
        </w:p>
      </w:docPartBody>
    </w:docPart>
    <w:docPart>
      <w:docPartPr>
        <w:name w:val="1970E5ED95C54F2180A6215F670AC5D1"/>
        <w:category>
          <w:name w:val="General"/>
          <w:gallery w:val="placeholder"/>
        </w:category>
        <w:types>
          <w:type w:val="bbPlcHdr"/>
        </w:types>
        <w:behaviors>
          <w:behavior w:val="content"/>
        </w:behaviors>
        <w:guid w:val="{D78D7CB8-A7B8-4C79-B84A-9052F6C10ABD}"/>
      </w:docPartPr>
      <w:docPartBody>
        <w:p w:rsidR="00011182" w:rsidRDefault="004520B2" w:rsidP="004520B2">
          <w:pPr>
            <w:pStyle w:val="1970E5ED95C54F2180A6215F670AC5D1"/>
          </w:pPr>
          <w:r w:rsidRPr="0085452A">
            <w:rPr>
              <w:rStyle w:val="PlaceholderText"/>
            </w:rPr>
            <w:t>Click or tap here to enter text.</w:t>
          </w:r>
        </w:p>
      </w:docPartBody>
    </w:docPart>
    <w:docPart>
      <w:docPartPr>
        <w:name w:val="3BC4AA7CEA5E4217BBFC363327A4F499"/>
        <w:category>
          <w:name w:val="General"/>
          <w:gallery w:val="placeholder"/>
        </w:category>
        <w:types>
          <w:type w:val="bbPlcHdr"/>
        </w:types>
        <w:behaviors>
          <w:behavior w:val="content"/>
        </w:behaviors>
        <w:guid w:val="{9E649B85-4F9F-453B-B75A-C0F8AD460C7D}"/>
      </w:docPartPr>
      <w:docPartBody>
        <w:p w:rsidR="00011182" w:rsidRDefault="004520B2" w:rsidP="004520B2">
          <w:pPr>
            <w:pStyle w:val="3BC4AA7CEA5E4217BBFC363327A4F499"/>
          </w:pPr>
          <w:r w:rsidRPr="0085452A">
            <w:rPr>
              <w:rStyle w:val="PlaceholderText"/>
            </w:rPr>
            <w:t>Click or tap here to enter text.</w:t>
          </w:r>
        </w:p>
      </w:docPartBody>
    </w:docPart>
    <w:docPart>
      <w:docPartPr>
        <w:name w:val="A817BCDA6A8A4E5AB8246B1CBB343719"/>
        <w:category>
          <w:name w:val="General"/>
          <w:gallery w:val="placeholder"/>
        </w:category>
        <w:types>
          <w:type w:val="bbPlcHdr"/>
        </w:types>
        <w:behaviors>
          <w:behavior w:val="content"/>
        </w:behaviors>
        <w:guid w:val="{51D5DDE0-3507-4E75-B4A9-0BFC7C4F6667}"/>
      </w:docPartPr>
      <w:docPartBody>
        <w:p w:rsidR="00011182" w:rsidRDefault="004520B2" w:rsidP="004520B2">
          <w:pPr>
            <w:pStyle w:val="A817BCDA6A8A4E5AB8246B1CBB343719"/>
          </w:pPr>
          <w:r w:rsidRPr="0085452A">
            <w:rPr>
              <w:rStyle w:val="PlaceholderText"/>
            </w:rPr>
            <w:t>Click or tap here to enter text.</w:t>
          </w:r>
        </w:p>
      </w:docPartBody>
    </w:docPart>
    <w:docPart>
      <w:docPartPr>
        <w:name w:val="1D10B3735FF84144B88E49D70E341BA9"/>
        <w:category>
          <w:name w:val="General"/>
          <w:gallery w:val="placeholder"/>
        </w:category>
        <w:types>
          <w:type w:val="bbPlcHdr"/>
        </w:types>
        <w:behaviors>
          <w:behavior w:val="content"/>
        </w:behaviors>
        <w:guid w:val="{915149FF-6A69-4696-931E-636E0758A838}"/>
      </w:docPartPr>
      <w:docPartBody>
        <w:p w:rsidR="00011182" w:rsidRDefault="004520B2" w:rsidP="004520B2">
          <w:pPr>
            <w:pStyle w:val="1D10B3735FF84144B88E49D70E341BA9"/>
          </w:pPr>
          <w:r w:rsidRPr="0085452A">
            <w:rPr>
              <w:rStyle w:val="PlaceholderText"/>
            </w:rPr>
            <w:t>Click or tap here to enter text.</w:t>
          </w:r>
        </w:p>
      </w:docPartBody>
    </w:docPart>
    <w:docPart>
      <w:docPartPr>
        <w:name w:val="680989DB012141D79884949E9B73BDA0"/>
        <w:category>
          <w:name w:val="General"/>
          <w:gallery w:val="placeholder"/>
        </w:category>
        <w:types>
          <w:type w:val="bbPlcHdr"/>
        </w:types>
        <w:behaviors>
          <w:behavior w:val="content"/>
        </w:behaviors>
        <w:guid w:val="{A6A96F87-F2ED-4066-A724-37EA3935B6C8}"/>
      </w:docPartPr>
      <w:docPartBody>
        <w:p w:rsidR="00011182" w:rsidRDefault="004520B2" w:rsidP="004520B2">
          <w:pPr>
            <w:pStyle w:val="680989DB012141D79884949E9B73BDA0"/>
          </w:pPr>
          <w:r w:rsidRPr="0085452A">
            <w:rPr>
              <w:rStyle w:val="PlaceholderText"/>
            </w:rPr>
            <w:t>Click or tap here to enter text.</w:t>
          </w:r>
        </w:p>
      </w:docPartBody>
    </w:docPart>
    <w:docPart>
      <w:docPartPr>
        <w:name w:val="B7B657F8665A44ABAD0496255C0A3D15"/>
        <w:category>
          <w:name w:val="General"/>
          <w:gallery w:val="placeholder"/>
        </w:category>
        <w:types>
          <w:type w:val="bbPlcHdr"/>
        </w:types>
        <w:behaviors>
          <w:behavior w:val="content"/>
        </w:behaviors>
        <w:guid w:val="{86220284-DD04-4750-9F0E-794896F3D29A}"/>
      </w:docPartPr>
      <w:docPartBody>
        <w:p w:rsidR="00011182" w:rsidRDefault="004520B2" w:rsidP="004520B2">
          <w:pPr>
            <w:pStyle w:val="B7B657F8665A44ABAD0496255C0A3D15"/>
          </w:pPr>
          <w:r w:rsidRPr="0085452A">
            <w:rPr>
              <w:rStyle w:val="PlaceholderText"/>
            </w:rPr>
            <w:t>Click or tap here to enter text.</w:t>
          </w:r>
        </w:p>
      </w:docPartBody>
    </w:docPart>
    <w:docPart>
      <w:docPartPr>
        <w:name w:val="6E79601A8E2243A39A5B5234FEC647D3"/>
        <w:category>
          <w:name w:val="General"/>
          <w:gallery w:val="placeholder"/>
        </w:category>
        <w:types>
          <w:type w:val="bbPlcHdr"/>
        </w:types>
        <w:behaviors>
          <w:behavior w:val="content"/>
        </w:behaviors>
        <w:guid w:val="{190C8DF1-6538-478B-875A-19C7B82D80C3}"/>
      </w:docPartPr>
      <w:docPartBody>
        <w:p w:rsidR="00011182" w:rsidRDefault="004520B2" w:rsidP="004520B2">
          <w:pPr>
            <w:pStyle w:val="6E79601A8E2243A39A5B5234FEC647D3"/>
          </w:pPr>
          <w:r w:rsidRPr="0085452A">
            <w:rPr>
              <w:rStyle w:val="PlaceholderText"/>
            </w:rPr>
            <w:t>Click or tap here to enter text.</w:t>
          </w:r>
        </w:p>
      </w:docPartBody>
    </w:docPart>
    <w:docPart>
      <w:docPartPr>
        <w:name w:val="A504E5EDC26C46E18A8A8B9F6A919476"/>
        <w:category>
          <w:name w:val="General"/>
          <w:gallery w:val="placeholder"/>
        </w:category>
        <w:types>
          <w:type w:val="bbPlcHdr"/>
        </w:types>
        <w:behaviors>
          <w:behavior w:val="content"/>
        </w:behaviors>
        <w:guid w:val="{965A9FBC-55D4-4BA0-A789-7316F3A6B5EC}"/>
      </w:docPartPr>
      <w:docPartBody>
        <w:p w:rsidR="00011182" w:rsidRDefault="004520B2" w:rsidP="004520B2">
          <w:pPr>
            <w:pStyle w:val="A504E5EDC26C46E18A8A8B9F6A919476"/>
          </w:pPr>
          <w:r w:rsidRPr="0085452A">
            <w:rPr>
              <w:rStyle w:val="PlaceholderText"/>
            </w:rPr>
            <w:t>Click or tap here to enter text.</w:t>
          </w:r>
        </w:p>
      </w:docPartBody>
    </w:docPart>
    <w:docPart>
      <w:docPartPr>
        <w:name w:val="3E8A9366E1714E6292C4D86755DDEA5B"/>
        <w:category>
          <w:name w:val="General"/>
          <w:gallery w:val="placeholder"/>
        </w:category>
        <w:types>
          <w:type w:val="bbPlcHdr"/>
        </w:types>
        <w:behaviors>
          <w:behavior w:val="content"/>
        </w:behaviors>
        <w:guid w:val="{474F74A4-BC32-4149-A53D-EBDE969C3EA3}"/>
      </w:docPartPr>
      <w:docPartBody>
        <w:p w:rsidR="00011182" w:rsidRDefault="004520B2" w:rsidP="004520B2">
          <w:pPr>
            <w:pStyle w:val="3E8A9366E1714E6292C4D86755DDEA5B"/>
          </w:pPr>
          <w:r w:rsidRPr="0085452A">
            <w:rPr>
              <w:rStyle w:val="PlaceholderText"/>
            </w:rPr>
            <w:t>Click or tap here to enter text.</w:t>
          </w:r>
        </w:p>
      </w:docPartBody>
    </w:docPart>
    <w:docPart>
      <w:docPartPr>
        <w:name w:val="DCC0DCD1F6B7419A830164978F2B821A"/>
        <w:category>
          <w:name w:val="General"/>
          <w:gallery w:val="placeholder"/>
        </w:category>
        <w:types>
          <w:type w:val="bbPlcHdr"/>
        </w:types>
        <w:behaviors>
          <w:behavior w:val="content"/>
        </w:behaviors>
        <w:guid w:val="{8B7973B0-5943-48B8-9BED-7315C01CECCB}"/>
      </w:docPartPr>
      <w:docPartBody>
        <w:p w:rsidR="00011182" w:rsidRDefault="004520B2" w:rsidP="004520B2">
          <w:pPr>
            <w:pStyle w:val="DCC0DCD1F6B7419A830164978F2B821A"/>
          </w:pPr>
          <w:r w:rsidRPr="0085452A">
            <w:rPr>
              <w:rStyle w:val="PlaceholderText"/>
            </w:rPr>
            <w:t>Click or tap here to enter text.</w:t>
          </w:r>
        </w:p>
      </w:docPartBody>
    </w:docPart>
    <w:docPart>
      <w:docPartPr>
        <w:name w:val="DBCEBACB0DD74161A4D13F6629E1037E"/>
        <w:category>
          <w:name w:val="General"/>
          <w:gallery w:val="placeholder"/>
        </w:category>
        <w:types>
          <w:type w:val="bbPlcHdr"/>
        </w:types>
        <w:behaviors>
          <w:behavior w:val="content"/>
        </w:behaviors>
        <w:guid w:val="{A7931AD7-E8C6-4235-B349-B774DCE3A00C}"/>
      </w:docPartPr>
      <w:docPartBody>
        <w:p w:rsidR="00011182" w:rsidRDefault="004520B2" w:rsidP="004520B2">
          <w:pPr>
            <w:pStyle w:val="DBCEBACB0DD74161A4D13F6629E1037E"/>
          </w:pPr>
          <w:r w:rsidRPr="0085452A">
            <w:rPr>
              <w:rStyle w:val="PlaceholderText"/>
            </w:rPr>
            <w:t>Click or tap here to enter text.</w:t>
          </w:r>
        </w:p>
      </w:docPartBody>
    </w:docPart>
    <w:docPart>
      <w:docPartPr>
        <w:name w:val="0AA0C728BDF74AF4AB5EE0BD6549FD7D"/>
        <w:category>
          <w:name w:val="General"/>
          <w:gallery w:val="placeholder"/>
        </w:category>
        <w:types>
          <w:type w:val="bbPlcHdr"/>
        </w:types>
        <w:behaviors>
          <w:behavior w:val="content"/>
        </w:behaviors>
        <w:guid w:val="{992349D6-EA03-42F3-BA4D-91DEB9143098}"/>
      </w:docPartPr>
      <w:docPartBody>
        <w:p w:rsidR="00011182" w:rsidRDefault="004520B2" w:rsidP="004520B2">
          <w:pPr>
            <w:pStyle w:val="0AA0C728BDF74AF4AB5EE0BD6549FD7D"/>
          </w:pPr>
          <w:r w:rsidRPr="0085452A">
            <w:rPr>
              <w:rStyle w:val="PlaceholderText"/>
            </w:rPr>
            <w:t>Click or tap here to enter text.</w:t>
          </w:r>
        </w:p>
      </w:docPartBody>
    </w:docPart>
    <w:docPart>
      <w:docPartPr>
        <w:name w:val="3F8E92ED6A734A559AB492296F4BD447"/>
        <w:category>
          <w:name w:val="General"/>
          <w:gallery w:val="placeholder"/>
        </w:category>
        <w:types>
          <w:type w:val="bbPlcHdr"/>
        </w:types>
        <w:behaviors>
          <w:behavior w:val="content"/>
        </w:behaviors>
        <w:guid w:val="{C7E9CAEC-BC0B-46A9-BE60-08A97FC2FE83}"/>
      </w:docPartPr>
      <w:docPartBody>
        <w:p w:rsidR="00011182" w:rsidRDefault="004520B2" w:rsidP="004520B2">
          <w:pPr>
            <w:pStyle w:val="3F8E92ED6A734A559AB492296F4BD447"/>
          </w:pPr>
          <w:r w:rsidRPr="0085452A">
            <w:rPr>
              <w:rStyle w:val="PlaceholderText"/>
            </w:rPr>
            <w:t>Click or tap here to enter text.</w:t>
          </w:r>
        </w:p>
      </w:docPartBody>
    </w:docPart>
    <w:docPart>
      <w:docPartPr>
        <w:name w:val="89BFE7A288BA4F1797E707386509CBFA"/>
        <w:category>
          <w:name w:val="General"/>
          <w:gallery w:val="placeholder"/>
        </w:category>
        <w:types>
          <w:type w:val="bbPlcHdr"/>
        </w:types>
        <w:behaviors>
          <w:behavior w:val="content"/>
        </w:behaviors>
        <w:guid w:val="{FFD6A75F-A803-45B2-B358-70FF518621BC}"/>
      </w:docPartPr>
      <w:docPartBody>
        <w:p w:rsidR="00011182" w:rsidRDefault="004520B2" w:rsidP="004520B2">
          <w:pPr>
            <w:pStyle w:val="89BFE7A288BA4F1797E707386509CBFA"/>
          </w:pPr>
          <w:r w:rsidRPr="0085452A">
            <w:rPr>
              <w:rStyle w:val="PlaceholderText"/>
            </w:rPr>
            <w:t>Click or tap here to enter text.</w:t>
          </w:r>
        </w:p>
      </w:docPartBody>
    </w:docPart>
    <w:docPart>
      <w:docPartPr>
        <w:name w:val="A035ED190B2F41F984CBF386A6DF44CE"/>
        <w:category>
          <w:name w:val="General"/>
          <w:gallery w:val="placeholder"/>
        </w:category>
        <w:types>
          <w:type w:val="bbPlcHdr"/>
        </w:types>
        <w:behaviors>
          <w:behavior w:val="content"/>
        </w:behaviors>
        <w:guid w:val="{ADA0D4F2-53B8-438E-8676-0327695AC2DE}"/>
      </w:docPartPr>
      <w:docPartBody>
        <w:p w:rsidR="00011182" w:rsidRDefault="004520B2" w:rsidP="004520B2">
          <w:pPr>
            <w:pStyle w:val="A035ED190B2F41F984CBF386A6DF44CE"/>
          </w:pPr>
          <w:r w:rsidRPr="0085452A">
            <w:rPr>
              <w:rStyle w:val="PlaceholderText"/>
            </w:rPr>
            <w:t>Click or tap here to enter text.</w:t>
          </w:r>
        </w:p>
      </w:docPartBody>
    </w:docPart>
    <w:docPart>
      <w:docPartPr>
        <w:name w:val="294E3B911A58454A923E42E047C65FAF"/>
        <w:category>
          <w:name w:val="General"/>
          <w:gallery w:val="placeholder"/>
        </w:category>
        <w:types>
          <w:type w:val="bbPlcHdr"/>
        </w:types>
        <w:behaviors>
          <w:behavior w:val="content"/>
        </w:behaviors>
        <w:guid w:val="{8423097F-A791-475F-A79C-DD2A2635CD02}"/>
      </w:docPartPr>
      <w:docPartBody>
        <w:p w:rsidR="00011182" w:rsidRDefault="004520B2" w:rsidP="004520B2">
          <w:pPr>
            <w:pStyle w:val="294E3B911A58454A923E42E047C65FAF"/>
          </w:pPr>
          <w:r w:rsidRPr="0085452A">
            <w:rPr>
              <w:rStyle w:val="PlaceholderText"/>
            </w:rPr>
            <w:t>Click or tap here to enter text.</w:t>
          </w:r>
        </w:p>
      </w:docPartBody>
    </w:docPart>
    <w:docPart>
      <w:docPartPr>
        <w:name w:val="468B4596D48C4DBF9832DBD7AC4C0624"/>
        <w:category>
          <w:name w:val="General"/>
          <w:gallery w:val="placeholder"/>
        </w:category>
        <w:types>
          <w:type w:val="bbPlcHdr"/>
        </w:types>
        <w:behaviors>
          <w:behavior w:val="content"/>
        </w:behaviors>
        <w:guid w:val="{B0B01BD2-A5C1-4D09-BC67-A70E343F8FE6}"/>
      </w:docPartPr>
      <w:docPartBody>
        <w:p w:rsidR="00011182" w:rsidRDefault="004520B2" w:rsidP="004520B2">
          <w:pPr>
            <w:pStyle w:val="468B4596D48C4DBF9832DBD7AC4C0624"/>
          </w:pPr>
          <w:r w:rsidRPr="0085452A">
            <w:rPr>
              <w:rStyle w:val="PlaceholderText"/>
            </w:rPr>
            <w:t>Click or tap here to enter text.</w:t>
          </w:r>
        </w:p>
      </w:docPartBody>
    </w:docPart>
    <w:docPart>
      <w:docPartPr>
        <w:name w:val="5EF9E2567EEF414AB3278954A699A915"/>
        <w:category>
          <w:name w:val="General"/>
          <w:gallery w:val="placeholder"/>
        </w:category>
        <w:types>
          <w:type w:val="bbPlcHdr"/>
        </w:types>
        <w:behaviors>
          <w:behavior w:val="content"/>
        </w:behaviors>
        <w:guid w:val="{B4E06F1F-0CEA-427F-98DD-DB9AF34D3444}"/>
      </w:docPartPr>
      <w:docPartBody>
        <w:p w:rsidR="00011182" w:rsidRDefault="004520B2" w:rsidP="004520B2">
          <w:pPr>
            <w:pStyle w:val="5EF9E2567EEF414AB3278954A699A915"/>
          </w:pPr>
          <w:r w:rsidRPr="0085452A">
            <w:rPr>
              <w:rStyle w:val="PlaceholderText"/>
            </w:rPr>
            <w:t>Click or tap here to enter text.</w:t>
          </w:r>
        </w:p>
      </w:docPartBody>
    </w:docPart>
    <w:docPart>
      <w:docPartPr>
        <w:name w:val="0CD3BF0C45ED4FA6AD0DEB88E56B6F77"/>
        <w:category>
          <w:name w:val="General"/>
          <w:gallery w:val="placeholder"/>
        </w:category>
        <w:types>
          <w:type w:val="bbPlcHdr"/>
        </w:types>
        <w:behaviors>
          <w:behavior w:val="content"/>
        </w:behaviors>
        <w:guid w:val="{D63C74AC-177D-4B4B-A071-25609CEE2133}"/>
      </w:docPartPr>
      <w:docPartBody>
        <w:p w:rsidR="00011182" w:rsidRDefault="004520B2" w:rsidP="004520B2">
          <w:pPr>
            <w:pStyle w:val="0CD3BF0C45ED4FA6AD0DEB88E56B6F77"/>
          </w:pPr>
          <w:r w:rsidRPr="0085452A">
            <w:rPr>
              <w:rStyle w:val="PlaceholderText"/>
            </w:rPr>
            <w:t>Click or tap here to enter text.</w:t>
          </w:r>
        </w:p>
      </w:docPartBody>
    </w:docPart>
    <w:docPart>
      <w:docPartPr>
        <w:name w:val="21D39D01F8D44DFAB9376F4FF2534C58"/>
        <w:category>
          <w:name w:val="General"/>
          <w:gallery w:val="placeholder"/>
        </w:category>
        <w:types>
          <w:type w:val="bbPlcHdr"/>
        </w:types>
        <w:behaviors>
          <w:behavior w:val="content"/>
        </w:behaviors>
        <w:guid w:val="{0074F96E-5AED-4E40-BCFE-78E9447E4E62}"/>
      </w:docPartPr>
      <w:docPartBody>
        <w:p w:rsidR="00011182" w:rsidRDefault="004520B2" w:rsidP="004520B2">
          <w:pPr>
            <w:pStyle w:val="21D39D01F8D44DFAB9376F4FF2534C58"/>
          </w:pPr>
          <w:r w:rsidRPr="0085452A">
            <w:rPr>
              <w:rStyle w:val="PlaceholderText"/>
            </w:rPr>
            <w:t>Click or tap here to enter text.</w:t>
          </w:r>
        </w:p>
      </w:docPartBody>
    </w:docPart>
    <w:docPart>
      <w:docPartPr>
        <w:name w:val="2EE5DDED380044908554FE5A029F5286"/>
        <w:category>
          <w:name w:val="General"/>
          <w:gallery w:val="placeholder"/>
        </w:category>
        <w:types>
          <w:type w:val="bbPlcHdr"/>
        </w:types>
        <w:behaviors>
          <w:behavior w:val="content"/>
        </w:behaviors>
        <w:guid w:val="{F9F4111C-3853-4FD7-BB45-801E09040722}"/>
      </w:docPartPr>
      <w:docPartBody>
        <w:p w:rsidR="00011182" w:rsidRDefault="004520B2" w:rsidP="004520B2">
          <w:pPr>
            <w:pStyle w:val="2EE5DDED380044908554FE5A029F5286"/>
          </w:pPr>
          <w:r w:rsidRPr="0085452A">
            <w:rPr>
              <w:rStyle w:val="PlaceholderText"/>
            </w:rPr>
            <w:t>Click or tap here to enter text.</w:t>
          </w:r>
        </w:p>
      </w:docPartBody>
    </w:docPart>
    <w:docPart>
      <w:docPartPr>
        <w:name w:val="C4C69A6D54584AC39ACBCAE08E1331FE"/>
        <w:category>
          <w:name w:val="General"/>
          <w:gallery w:val="placeholder"/>
        </w:category>
        <w:types>
          <w:type w:val="bbPlcHdr"/>
        </w:types>
        <w:behaviors>
          <w:behavior w:val="content"/>
        </w:behaviors>
        <w:guid w:val="{5E047F2F-BE0C-4B9C-89AB-4310D5346D27}"/>
      </w:docPartPr>
      <w:docPartBody>
        <w:p w:rsidR="00011182" w:rsidRDefault="004520B2" w:rsidP="004520B2">
          <w:pPr>
            <w:pStyle w:val="C4C69A6D54584AC39ACBCAE08E1331FE"/>
          </w:pPr>
          <w:r w:rsidRPr="0085452A">
            <w:rPr>
              <w:rStyle w:val="PlaceholderText"/>
            </w:rPr>
            <w:t>Click or tap here to enter text.</w:t>
          </w:r>
        </w:p>
      </w:docPartBody>
    </w:docPart>
    <w:docPart>
      <w:docPartPr>
        <w:name w:val="AF980E5B92FB4E7E8C587B706C147F56"/>
        <w:category>
          <w:name w:val="General"/>
          <w:gallery w:val="placeholder"/>
        </w:category>
        <w:types>
          <w:type w:val="bbPlcHdr"/>
        </w:types>
        <w:behaviors>
          <w:behavior w:val="content"/>
        </w:behaviors>
        <w:guid w:val="{4DA69D4E-7532-4BA6-ACF4-C9AFCF84969C}"/>
      </w:docPartPr>
      <w:docPartBody>
        <w:p w:rsidR="00011182" w:rsidRDefault="004520B2" w:rsidP="004520B2">
          <w:pPr>
            <w:pStyle w:val="AF980E5B92FB4E7E8C587B706C147F56"/>
          </w:pPr>
          <w:r w:rsidRPr="0085452A">
            <w:rPr>
              <w:rStyle w:val="PlaceholderText"/>
            </w:rPr>
            <w:t>Click or tap here to enter text.</w:t>
          </w:r>
        </w:p>
      </w:docPartBody>
    </w:docPart>
    <w:docPart>
      <w:docPartPr>
        <w:name w:val="377098A736E24FD790F65257E01E99B6"/>
        <w:category>
          <w:name w:val="General"/>
          <w:gallery w:val="placeholder"/>
        </w:category>
        <w:types>
          <w:type w:val="bbPlcHdr"/>
        </w:types>
        <w:behaviors>
          <w:behavior w:val="content"/>
        </w:behaviors>
        <w:guid w:val="{90AFB51C-D982-48C0-B20E-C748980D0489}"/>
      </w:docPartPr>
      <w:docPartBody>
        <w:p w:rsidR="00011182" w:rsidRDefault="004520B2" w:rsidP="004520B2">
          <w:pPr>
            <w:pStyle w:val="377098A736E24FD790F65257E01E99B6"/>
          </w:pPr>
          <w:r w:rsidRPr="0085452A">
            <w:rPr>
              <w:rStyle w:val="PlaceholderText"/>
            </w:rPr>
            <w:t>Click or tap here to enter text.</w:t>
          </w:r>
        </w:p>
      </w:docPartBody>
    </w:docPart>
    <w:docPart>
      <w:docPartPr>
        <w:name w:val="494D50D07B4B4375BC8ADB49F0AAA033"/>
        <w:category>
          <w:name w:val="General"/>
          <w:gallery w:val="placeholder"/>
        </w:category>
        <w:types>
          <w:type w:val="bbPlcHdr"/>
        </w:types>
        <w:behaviors>
          <w:behavior w:val="content"/>
        </w:behaviors>
        <w:guid w:val="{BA4FC713-9876-4078-A7A5-9454853DAFA8}"/>
      </w:docPartPr>
      <w:docPartBody>
        <w:p w:rsidR="00011182" w:rsidRDefault="004520B2" w:rsidP="004520B2">
          <w:pPr>
            <w:pStyle w:val="494D50D07B4B4375BC8ADB49F0AAA033"/>
          </w:pPr>
          <w:r w:rsidRPr="0085452A">
            <w:rPr>
              <w:rStyle w:val="PlaceholderText"/>
            </w:rPr>
            <w:t>Click or tap here to enter text.</w:t>
          </w:r>
        </w:p>
      </w:docPartBody>
    </w:docPart>
    <w:docPart>
      <w:docPartPr>
        <w:name w:val="D504C69CA5554609B9EB85A3BE106D45"/>
        <w:category>
          <w:name w:val="General"/>
          <w:gallery w:val="placeholder"/>
        </w:category>
        <w:types>
          <w:type w:val="bbPlcHdr"/>
        </w:types>
        <w:behaviors>
          <w:behavior w:val="content"/>
        </w:behaviors>
        <w:guid w:val="{9A0F7992-5100-4588-8BE4-0E7BACD3C74B}"/>
      </w:docPartPr>
      <w:docPartBody>
        <w:p w:rsidR="00011182" w:rsidRDefault="004520B2" w:rsidP="004520B2">
          <w:pPr>
            <w:pStyle w:val="D504C69CA5554609B9EB85A3BE106D45"/>
          </w:pPr>
          <w:r w:rsidRPr="0085452A">
            <w:rPr>
              <w:rStyle w:val="PlaceholderText"/>
            </w:rPr>
            <w:t>Click or tap here to enter text.</w:t>
          </w:r>
        </w:p>
      </w:docPartBody>
    </w:docPart>
    <w:docPart>
      <w:docPartPr>
        <w:name w:val="A7030E56160E467286FD7E221C51A844"/>
        <w:category>
          <w:name w:val="General"/>
          <w:gallery w:val="placeholder"/>
        </w:category>
        <w:types>
          <w:type w:val="bbPlcHdr"/>
        </w:types>
        <w:behaviors>
          <w:behavior w:val="content"/>
        </w:behaviors>
        <w:guid w:val="{01088C9B-01C3-4C07-B9D5-183EADB7FF35}"/>
      </w:docPartPr>
      <w:docPartBody>
        <w:p w:rsidR="00011182" w:rsidRDefault="004520B2" w:rsidP="004520B2">
          <w:pPr>
            <w:pStyle w:val="A7030E56160E467286FD7E221C51A844"/>
          </w:pPr>
          <w:r w:rsidRPr="0085452A">
            <w:rPr>
              <w:rStyle w:val="PlaceholderText"/>
            </w:rPr>
            <w:t>Click or tap here to enter text.</w:t>
          </w:r>
        </w:p>
      </w:docPartBody>
    </w:docPart>
    <w:docPart>
      <w:docPartPr>
        <w:name w:val="8C83771D67FF41BC8AA79B3BBC3D574C"/>
        <w:category>
          <w:name w:val="General"/>
          <w:gallery w:val="placeholder"/>
        </w:category>
        <w:types>
          <w:type w:val="bbPlcHdr"/>
        </w:types>
        <w:behaviors>
          <w:behavior w:val="content"/>
        </w:behaviors>
        <w:guid w:val="{A96B630C-0B70-412A-A134-2B81C355B2CC}"/>
      </w:docPartPr>
      <w:docPartBody>
        <w:p w:rsidR="00011182" w:rsidRDefault="004520B2" w:rsidP="004520B2">
          <w:pPr>
            <w:pStyle w:val="8C83771D67FF41BC8AA79B3BBC3D574C"/>
          </w:pPr>
          <w:r w:rsidRPr="0085452A">
            <w:rPr>
              <w:rStyle w:val="PlaceholderText"/>
            </w:rPr>
            <w:t>Click or tap here to enter text.</w:t>
          </w:r>
        </w:p>
      </w:docPartBody>
    </w:docPart>
    <w:docPart>
      <w:docPartPr>
        <w:name w:val="B55FDFA9A9A74DAAAABD221535FC1F46"/>
        <w:category>
          <w:name w:val="General"/>
          <w:gallery w:val="placeholder"/>
        </w:category>
        <w:types>
          <w:type w:val="bbPlcHdr"/>
        </w:types>
        <w:behaviors>
          <w:behavior w:val="content"/>
        </w:behaviors>
        <w:guid w:val="{7E63F0FF-3082-46BF-882E-058B9E5E628F}"/>
      </w:docPartPr>
      <w:docPartBody>
        <w:p w:rsidR="00011182" w:rsidRDefault="004520B2" w:rsidP="004520B2">
          <w:pPr>
            <w:pStyle w:val="B55FDFA9A9A74DAAAABD221535FC1F46"/>
          </w:pPr>
          <w:r w:rsidRPr="0085452A">
            <w:rPr>
              <w:rStyle w:val="PlaceholderText"/>
            </w:rPr>
            <w:t>Click or tap here to enter text.</w:t>
          </w:r>
        </w:p>
      </w:docPartBody>
    </w:docPart>
    <w:docPart>
      <w:docPartPr>
        <w:name w:val="0632B9FDA8754283BA2E43CB960FEE9F"/>
        <w:category>
          <w:name w:val="General"/>
          <w:gallery w:val="placeholder"/>
        </w:category>
        <w:types>
          <w:type w:val="bbPlcHdr"/>
        </w:types>
        <w:behaviors>
          <w:behavior w:val="content"/>
        </w:behaviors>
        <w:guid w:val="{BE1D1D87-9D92-4388-AA0F-EADA1D44A81C}"/>
      </w:docPartPr>
      <w:docPartBody>
        <w:p w:rsidR="00011182" w:rsidRDefault="004520B2" w:rsidP="004520B2">
          <w:pPr>
            <w:pStyle w:val="0632B9FDA8754283BA2E43CB960FEE9F"/>
          </w:pPr>
          <w:r w:rsidRPr="0085452A">
            <w:rPr>
              <w:rStyle w:val="PlaceholderText"/>
            </w:rPr>
            <w:t>Click or tap here to enter text.</w:t>
          </w:r>
        </w:p>
      </w:docPartBody>
    </w:docPart>
    <w:docPart>
      <w:docPartPr>
        <w:name w:val="F290F3ADC12B42CBA35BCD2E9674E3F3"/>
        <w:category>
          <w:name w:val="General"/>
          <w:gallery w:val="placeholder"/>
        </w:category>
        <w:types>
          <w:type w:val="bbPlcHdr"/>
        </w:types>
        <w:behaviors>
          <w:behavior w:val="content"/>
        </w:behaviors>
        <w:guid w:val="{8444A9FC-1469-4897-939E-2A413730F1B6}"/>
      </w:docPartPr>
      <w:docPartBody>
        <w:p w:rsidR="00011182" w:rsidRDefault="004520B2" w:rsidP="004520B2">
          <w:pPr>
            <w:pStyle w:val="F290F3ADC12B42CBA35BCD2E9674E3F3"/>
          </w:pPr>
          <w:r w:rsidRPr="0085452A">
            <w:rPr>
              <w:rStyle w:val="PlaceholderText"/>
            </w:rPr>
            <w:t>Click or tap here to enter text.</w:t>
          </w:r>
        </w:p>
      </w:docPartBody>
    </w:docPart>
    <w:docPart>
      <w:docPartPr>
        <w:name w:val="103F026CCD2F4223AB97ABA95D5E501F"/>
        <w:category>
          <w:name w:val="General"/>
          <w:gallery w:val="placeholder"/>
        </w:category>
        <w:types>
          <w:type w:val="bbPlcHdr"/>
        </w:types>
        <w:behaviors>
          <w:behavior w:val="content"/>
        </w:behaviors>
        <w:guid w:val="{22A0D6E7-F231-41CB-9837-FD2A634697DA}"/>
      </w:docPartPr>
      <w:docPartBody>
        <w:p w:rsidR="00011182" w:rsidRDefault="004520B2" w:rsidP="004520B2">
          <w:pPr>
            <w:pStyle w:val="103F026CCD2F4223AB97ABA95D5E501F"/>
          </w:pPr>
          <w:r w:rsidRPr="0085452A">
            <w:rPr>
              <w:rStyle w:val="PlaceholderText"/>
            </w:rPr>
            <w:t>Click or tap here to enter text.</w:t>
          </w:r>
        </w:p>
      </w:docPartBody>
    </w:docPart>
    <w:docPart>
      <w:docPartPr>
        <w:name w:val="27E3A7B3BB28498DA2DBA95334C0FC1C"/>
        <w:category>
          <w:name w:val="General"/>
          <w:gallery w:val="placeholder"/>
        </w:category>
        <w:types>
          <w:type w:val="bbPlcHdr"/>
        </w:types>
        <w:behaviors>
          <w:behavior w:val="content"/>
        </w:behaviors>
        <w:guid w:val="{B34FFC9E-80CF-4AF5-860F-ADB1FF53605B}"/>
      </w:docPartPr>
      <w:docPartBody>
        <w:p w:rsidR="00011182" w:rsidRDefault="004520B2" w:rsidP="004520B2">
          <w:pPr>
            <w:pStyle w:val="27E3A7B3BB28498DA2DBA95334C0FC1C"/>
          </w:pPr>
          <w:r w:rsidRPr="0085452A">
            <w:rPr>
              <w:rStyle w:val="PlaceholderText"/>
            </w:rPr>
            <w:t>Click or tap here to enter text.</w:t>
          </w:r>
        </w:p>
      </w:docPartBody>
    </w:docPart>
    <w:docPart>
      <w:docPartPr>
        <w:name w:val="F45F22D5B9ED49FA8C908B38D64292A5"/>
        <w:category>
          <w:name w:val="General"/>
          <w:gallery w:val="placeholder"/>
        </w:category>
        <w:types>
          <w:type w:val="bbPlcHdr"/>
        </w:types>
        <w:behaviors>
          <w:behavior w:val="content"/>
        </w:behaviors>
        <w:guid w:val="{16452C7C-9685-4760-BBCF-5677883C3E43}"/>
      </w:docPartPr>
      <w:docPartBody>
        <w:p w:rsidR="00011182" w:rsidRDefault="004520B2" w:rsidP="004520B2">
          <w:pPr>
            <w:pStyle w:val="F45F22D5B9ED49FA8C908B38D64292A5"/>
          </w:pPr>
          <w:r w:rsidRPr="0085452A">
            <w:rPr>
              <w:rStyle w:val="PlaceholderText"/>
            </w:rPr>
            <w:t>Click or tap here to enter text.</w:t>
          </w:r>
        </w:p>
      </w:docPartBody>
    </w:docPart>
    <w:docPart>
      <w:docPartPr>
        <w:name w:val="D77A3BD05D8F43A9B11CA333AEE5AD12"/>
        <w:category>
          <w:name w:val="General"/>
          <w:gallery w:val="placeholder"/>
        </w:category>
        <w:types>
          <w:type w:val="bbPlcHdr"/>
        </w:types>
        <w:behaviors>
          <w:behavior w:val="content"/>
        </w:behaviors>
        <w:guid w:val="{724FA7AF-403C-437C-BC35-F6AF204B6333}"/>
      </w:docPartPr>
      <w:docPartBody>
        <w:p w:rsidR="00011182" w:rsidRDefault="004520B2" w:rsidP="004520B2">
          <w:pPr>
            <w:pStyle w:val="D77A3BD05D8F43A9B11CA333AEE5AD12"/>
          </w:pPr>
          <w:r w:rsidRPr="0085452A">
            <w:rPr>
              <w:rStyle w:val="PlaceholderText"/>
            </w:rPr>
            <w:t>Click or tap here to enter text.</w:t>
          </w:r>
        </w:p>
      </w:docPartBody>
    </w:docPart>
    <w:docPart>
      <w:docPartPr>
        <w:name w:val="065D85E9504842BE84D4A67796F5C58C"/>
        <w:category>
          <w:name w:val="General"/>
          <w:gallery w:val="placeholder"/>
        </w:category>
        <w:types>
          <w:type w:val="bbPlcHdr"/>
        </w:types>
        <w:behaviors>
          <w:behavior w:val="content"/>
        </w:behaviors>
        <w:guid w:val="{D79CAF49-F696-4B29-92C9-2AA48CAB88A4}"/>
      </w:docPartPr>
      <w:docPartBody>
        <w:p w:rsidR="00011182" w:rsidRDefault="004520B2" w:rsidP="004520B2">
          <w:pPr>
            <w:pStyle w:val="065D85E9504842BE84D4A67796F5C58C"/>
          </w:pPr>
          <w:r w:rsidRPr="0085452A">
            <w:rPr>
              <w:rStyle w:val="PlaceholderText"/>
            </w:rPr>
            <w:t>Click or tap here to enter text.</w:t>
          </w:r>
        </w:p>
      </w:docPartBody>
    </w:docPart>
    <w:docPart>
      <w:docPartPr>
        <w:name w:val="C570F830954F4461ADE541B700AB0BAC"/>
        <w:category>
          <w:name w:val="General"/>
          <w:gallery w:val="placeholder"/>
        </w:category>
        <w:types>
          <w:type w:val="bbPlcHdr"/>
        </w:types>
        <w:behaviors>
          <w:behavior w:val="content"/>
        </w:behaviors>
        <w:guid w:val="{42AC6C28-970F-4DDB-B38C-6143412F55B9}"/>
      </w:docPartPr>
      <w:docPartBody>
        <w:p w:rsidR="00011182" w:rsidRDefault="004520B2" w:rsidP="004520B2">
          <w:pPr>
            <w:pStyle w:val="C570F830954F4461ADE541B700AB0BAC"/>
          </w:pPr>
          <w:r w:rsidRPr="0085452A">
            <w:rPr>
              <w:rStyle w:val="PlaceholderText"/>
            </w:rPr>
            <w:t>Click or tap here to enter text.</w:t>
          </w:r>
        </w:p>
      </w:docPartBody>
    </w:docPart>
    <w:docPart>
      <w:docPartPr>
        <w:name w:val="B22D42A136F6413593D342F2082DADC9"/>
        <w:category>
          <w:name w:val="General"/>
          <w:gallery w:val="placeholder"/>
        </w:category>
        <w:types>
          <w:type w:val="bbPlcHdr"/>
        </w:types>
        <w:behaviors>
          <w:behavior w:val="content"/>
        </w:behaviors>
        <w:guid w:val="{DDDB42B8-2103-4DBD-B21B-54E0CD2E025E}"/>
      </w:docPartPr>
      <w:docPartBody>
        <w:p w:rsidR="00011182" w:rsidRDefault="004520B2" w:rsidP="004520B2">
          <w:pPr>
            <w:pStyle w:val="B22D42A136F6413593D342F2082DADC9"/>
          </w:pPr>
          <w:r w:rsidRPr="0085452A">
            <w:rPr>
              <w:rStyle w:val="PlaceholderText"/>
            </w:rPr>
            <w:t>Click or tap here to enter text.</w:t>
          </w:r>
        </w:p>
      </w:docPartBody>
    </w:docPart>
    <w:docPart>
      <w:docPartPr>
        <w:name w:val="C668713EBEF348BF87F124EE45C01650"/>
        <w:category>
          <w:name w:val="General"/>
          <w:gallery w:val="placeholder"/>
        </w:category>
        <w:types>
          <w:type w:val="bbPlcHdr"/>
        </w:types>
        <w:behaviors>
          <w:behavior w:val="content"/>
        </w:behaviors>
        <w:guid w:val="{C3316868-3679-4062-A340-B65C2979C4BE}"/>
      </w:docPartPr>
      <w:docPartBody>
        <w:p w:rsidR="00011182" w:rsidRDefault="004520B2" w:rsidP="004520B2">
          <w:pPr>
            <w:pStyle w:val="C668713EBEF348BF87F124EE45C01650"/>
          </w:pPr>
          <w:r w:rsidRPr="0085452A">
            <w:rPr>
              <w:rStyle w:val="PlaceholderText"/>
            </w:rPr>
            <w:t>Click or tap here to enter text.</w:t>
          </w:r>
        </w:p>
      </w:docPartBody>
    </w:docPart>
    <w:docPart>
      <w:docPartPr>
        <w:name w:val="A5B9DB4534A7460F8E9B8C0F4F87CF56"/>
        <w:category>
          <w:name w:val="General"/>
          <w:gallery w:val="placeholder"/>
        </w:category>
        <w:types>
          <w:type w:val="bbPlcHdr"/>
        </w:types>
        <w:behaviors>
          <w:behavior w:val="content"/>
        </w:behaviors>
        <w:guid w:val="{518C43E5-6B0B-4918-BA37-57094FC3009B}"/>
      </w:docPartPr>
      <w:docPartBody>
        <w:p w:rsidR="00011182" w:rsidRDefault="004520B2" w:rsidP="004520B2">
          <w:pPr>
            <w:pStyle w:val="A5B9DB4534A7460F8E9B8C0F4F87CF56"/>
          </w:pPr>
          <w:r w:rsidRPr="0085452A">
            <w:rPr>
              <w:rStyle w:val="PlaceholderText"/>
            </w:rPr>
            <w:t>Click or tap here to enter text.</w:t>
          </w:r>
        </w:p>
      </w:docPartBody>
    </w:docPart>
    <w:docPart>
      <w:docPartPr>
        <w:name w:val="207A31FCCD3D437CB8C6829A9076E217"/>
        <w:category>
          <w:name w:val="General"/>
          <w:gallery w:val="placeholder"/>
        </w:category>
        <w:types>
          <w:type w:val="bbPlcHdr"/>
        </w:types>
        <w:behaviors>
          <w:behavior w:val="content"/>
        </w:behaviors>
        <w:guid w:val="{CA88832C-93BF-4830-A359-344209383524}"/>
      </w:docPartPr>
      <w:docPartBody>
        <w:p w:rsidR="00011182" w:rsidRDefault="004520B2" w:rsidP="004520B2">
          <w:pPr>
            <w:pStyle w:val="207A31FCCD3D437CB8C6829A9076E217"/>
          </w:pPr>
          <w:r w:rsidRPr="0085452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0B2"/>
    <w:rsid w:val="00011182"/>
    <w:rsid w:val="000626D5"/>
    <w:rsid w:val="0011654B"/>
    <w:rsid w:val="00215A1E"/>
    <w:rsid w:val="0024328F"/>
    <w:rsid w:val="002577BE"/>
    <w:rsid w:val="00286267"/>
    <w:rsid w:val="002B1C68"/>
    <w:rsid w:val="002F3F9A"/>
    <w:rsid w:val="003C05EA"/>
    <w:rsid w:val="003C3D67"/>
    <w:rsid w:val="004520B2"/>
    <w:rsid w:val="004A58A8"/>
    <w:rsid w:val="00593179"/>
    <w:rsid w:val="006355B5"/>
    <w:rsid w:val="006714AA"/>
    <w:rsid w:val="006D5D57"/>
    <w:rsid w:val="006F0404"/>
    <w:rsid w:val="007A500F"/>
    <w:rsid w:val="00832298"/>
    <w:rsid w:val="008529C6"/>
    <w:rsid w:val="008B14F7"/>
    <w:rsid w:val="009014C5"/>
    <w:rsid w:val="00936F67"/>
    <w:rsid w:val="0096506D"/>
    <w:rsid w:val="009A16DA"/>
    <w:rsid w:val="009B67BE"/>
    <w:rsid w:val="00AB0EB7"/>
    <w:rsid w:val="00B036E8"/>
    <w:rsid w:val="00C164AC"/>
    <w:rsid w:val="00C44DA3"/>
    <w:rsid w:val="00CB7FA8"/>
    <w:rsid w:val="00CE5AC7"/>
    <w:rsid w:val="00DE0038"/>
    <w:rsid w:val="00E507E6"/>
    <w:rsid w:val="00E64079"/>
    <w:rsid w:val="00F230A9"/>
    <w:rsid w:val="00FD32B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20B2"/>
    <w:rPr>
      <w:color w:val="666666"/>
    </w:rPr>
  </w:style>
  <w:style w:type="paragraph" w:customStyle="1" w:styleId="723DCB2EF50D48FFAEC6A8363C304221">
    <w:name w:val="723DCB2EF50D48FFAEC6A8363C304221"/>
    <w:rsid w:val="004520B2"/>
  </w:style>
  <w:style w:type="paragraph" w:customStyle="1" w:styleId="279F7E5B05A64EE485087E59B604B48D">
    <w:name w:val="279F7E5B05A64EE485087E59B604B48D"/>
    <w:rsid w:val="004520B2"/>
    <w:pPr>
      <w:spacing w:after="200" w:line="276" w:lineRule="auto"/>
    </w:pPr>
    <w:rPr>
      <w:rFonts w:ascii="Cambria" w:eastAsia="SimSun" w:hAnsi="Cambria" w:cs="Cambria"/>
      <w:kern w:val="0"/>
      <w:sz w:val="22"/>
      <w:szCs w:val="22"/>
      <w:lang w:val="en-US"/>
      <w14:ligatures w14:val="none"/>
    </w:rPr>
  </w:style>
  <w:style w:type="paragraph" w:customStyle="1" w:styleId="C9621ADF1C034690B3857661489A5B78">
    <w:name w:val="C9621ADF1C034690B3857661489A5B78"/>
    <w:rsid w:val="004520B2"/>
    <w:pPr>
      <w:spacing w:after="200" w:line="276" w:lineRule="auto"/>
    </w:pPr>
    <w:rPr>
      <w:rFonts w:ascii="Cambria" w:eastAsia="SimSun" w:hAnsi="Cambria" w:cs="Cambria"/>
      <w:kern w:val="0"/>
      <w:sz w:val="22"/>
      <w:szCs w:val="22"/>
      <w:lang w:val="en-US"/>
      <w14:ligatures w14:val="none"/>
    </w:rPr>
  </w:style>
  <w:style w:type="paragraph" w:customStyle="1" w:styleId="EF8B0CF730DC4538AAA6682AB2616F36">
    <w:name w:val="EF8B0CF730DC4538AAA6682AB2616F36"/>
    <w:rsid w:val="004520B2"/>
    <w:pPr>
      <w:spacing w:after="200" w:line="276" w:lineRule="auto"/>
    </w:pPr>
    <w:rPr>
      <w:rFonts w:ascii="Cambria" w:eastAsia="SimSun" w:hAnsi="Cambria" w:cs="Cambria"/>
      <w:kern w:val="0"/>
      <w:sz w:val="22"/>
      <w:szCs w:val="22"/>
      <w:lang w:val="en-US"/>
      <w14:ligatures w14:val="none"/>
    </w:rPr>
  </w:style>
  <w:style w:type="paragraph" w:customStyle="1" w:styleId="754BED8B5A134AC3BAE73203DE085DFE">
    <w:name w:val="754BED8B5A134AC3BAE73203DE085DFE"/>
    <w:rsid w:val="004520B2"/>
    <w:pPr>
      <w:spacing w:after="200" w:line="276" w:lineRule="auto"/>
    </w:pPr>
    <w:rPr>
      <w:rFonts w:ascii="Cambria" w:eastAsia="SimSun" w:hAnsi="Cambria" w:cs="Cambria"/>
      <w:kern w:val="0"/>
      <w:sz w:val="22"/>
      <w:szCs w:val="22"/>
      <w:lang w:val="en-US"/>
      <w14:ligatures w14:val="none"/>
    </w:rPr>
  </w:style>
  <w:style w:type="paragraph" w:customStyle="1" w:styleId="40A22D4EE3F5446699479BD9B617A77D">
    <w:name w:val="40A22D4EE3F5446699479BD9B617A77D"/>
    <w:rsid w:val="004520B2"/>
    <w:pPr>
      <w:spacing w:after="200" w:line="276" w:lineRule="auto"/>
    </w:pPr>
    <w:rPr>
      <w:rFonts w:ascii="Cambria" w:eastAsia="SimSun" w:hAnsi="Cambria" w:cs="Cambria"/>
      <w:kern w:val="0"/>
      <w:sz w:val="22"/>
      <w:szCs w:val="22"/>
      <w:lang w:val="en-US"/>
      <w14:ligatures w14:val="none"/>
    </w:rPr>
  </w:style>
  <w:style w:type="paragraph" w:customStyle="1" w:styleId="DE7D274C18234211A01B572A4D638384">
    <w:name w:val="DE7D274C18234211A01B572A4D638384"/>
    <w:rsid w:val="004520B2"/>
    <w:pPr>
      <w:spacing w:after="200" w:line="276" w:lineRule="auto"/>
    </w:pPr>
    <w:rPr>
      <w:rFonts w:ascii="Cambria" w:eastAsia="SimSun" w:hAnsi="Cambria" w:cs="Cambria"/>
      <w:kern w:val="0"/>
      <w:sz w:val="22"/>
      <w:szCs w:val="22"/>
      <w:lang w:val="en-US"/>
      <w14:ligatures w14:val="none"/>
    </w:rPr>
  </w:style>
  <w:style w:type="paragraph" w:customStyle="1" w:styleId="500C1D127C7246848A5E9D5C8B15574F">
    <w:name w:val="500C1D127C7246848A5E9D5C8B15574F"/>
    <w:rsid w:val="004520B2"/>
    <w:pPr>
      <w:spacing w:after="200" w:line="276" w:lineRule="auto"/>
    </w:pPr>
    <w:rPr>
      <w:rFonts w:ascii="Cambria" w:eastAsia="SimSun" w:hAnsi="Cambria" w:cs="Cambria"/>
      <w:kern w:val="0"/>
      <w:sz w:val="22"/>
      <w:szCs w:val="22"/>
      <w:lang w:val="en-US"/>
      <w14:ligatures w14:val="none"/>
    </w:rPr>
  </w:style>
  <w:style w:type="paragraph" w:customStyle="1" w:styleId="2F532D22CB67497C92274615D493D113">
    <w:name w:val="2F532D22CB67497C92274615D493D113"/>
    <w:rsid w:val="004520B2"/>
    <w:pPr>
      <w:spacing w:after="200" w:line="276" w:lineRule="auto"/>
    </w:pPr>
    <w:rPr>
      <w:rFonts w:ascii="Cambria" w:eastAsia="SimSun" w:hAnsi="Cambria" w:cs="Cambria"/>
      <w:kern w:val="0"/>
      <w:sz w:val="22"/>
      <w:szCs w:val="22"/>
      <w:lang w:val="en-US"/>
      <w14:ligatures w14:val="none"/>
    </w:rPr>
  </w:style>
  <w:style w:type="paragraph" w:customStyle="1" w:styleId="1970E5ED95C54F2180A6215F670AC5D1">
    <w:name w:val="1970E5ED95C54F2180A6215F670AC5D1"/>
    <w:rsid w:val="004520B2"/>
    <w:pPr>
      <w:spacing w:after="200" w:line="276" w:lineRule="auto"/>
    </w:pPr>
    <w:rPr>
      <w:rFonts w:ascii="Cambria" w:eastAsia="SimSun" w:hAnsi="Cambria" w:cs="Cambria"/>
      <w:kern w:val="0"/>
      <w:sz w:val="22"/>
      <w:szCs w:val="22"/>
      <w:lang w:val="en-US"/>
      <w14:ligatures w14:val="none"/>
    </w:rPr>
  </w:style>
  <w:style w:type="paragraph" w:customStyle="1" w:styleId="3BC4AA7CEA5E4217BBFC363327A4F499">
    <w:name w:val="3BC4AA7CEA5E4217BBFC363327A4F499"/>
    <w:rsid w:val="004520B2"/>
    <w:pPr>
      <w:spacing w:after="200" w:line="276" w:lineRule="auto"/>
    </w:pPr>
    <w:rPr>
      <w:rFonts w:ascii="Cambria" w:eastAsia="SimSun" w:hAnsi="Cambria" w:cs="Cambria"/>
      <w:kern w:val="0"/>
      <w:sz w:val="22"/>
      <w:szCs w:val="22"/>
      <w:lang w:val="en-US"/>
      <w14:ligatures w14:val="none"/>
    </w:rPr>
  </w:style>
  <w:style w:type="paragraph" w:customStyle="1" w:styleId="A817BCDA6A8A4E5AB8246B1CBB343719">
    <w:name w:val="A817BCDA6A8A4E5AB8246B1CBB343719"/>
    <w:rsid w:val="004520B2"/>
    <w:pPr>
      <w:spacing w:after="200" w:line="276" w:lineRule="auto"/>
    </w:pPr>
    <w:rPr>
      <w:rFonts w:ascii="Cambria" w:eastAsia="SimSun" w:hAnsi="Cambria" w:cs="Cambria"/>
      <w:kern w:val="0"/>
      <w:sz w:val="22"/>
      <w:szCs w:val="22"/>
      <w:lang w:val="en-US"/>
      <w14:ligatures w14:val="none"/>
    </w:rPr>
  </w:style>
  <w:style w:type="paragraph" w:customStyle="1" w:styleId="1D10B3735FF84144B88E49D70E341BA9">
    <w:name w:val="1D10B3735FF84144B88E49D70E341BA9"/>
    <w:rsid w:val="004520B2"/>
    <w:pPr>
      <w:spacing w:after="200" w:line="276" w:lineRule="auto"/>
    </w:pPr>
    <w:rPr>
      <w:rFonts w:ascii="Cambria" w:eastAsia="SimSun" w:hAnsi="Cambria" w:cs="Cambria"/>
      <w:kern w:val="0"/>
      <w:sz w:val="22"/>
      <w:szCs w:val="22"/>
      <w:lang w:val="en-US"/>
      <w14:ligatures w14:val="none"/>
    </w:rPr>
  </w:style>
  <w:style w:type="paragraph" w:customStyle="1" w:styleId="680989DB012141D79884949E9B73BDA0">
    <w:name w:val="680989DB012141D79884949E9B73BDA0"/>
    <w:rsid w:val="004520B2"/>
    <w:pPr>
      <w:spacing w:after="200" w:line="276" w:lineRule="auto"/>
    </w:pPr>
    <w:rPr>
      <w:rFonts w:ascii="Cambria" w:eastAsia="SimSun" w:hAnsi="Cambria" w:cs="Cambria"/>
      <w:kern w:val="0"/>
      <w:sz w:val="22"/>
      <w:szCs w:val="22"/>
      <w:lang w:val="en-US"/>
      <w14:ligatures w14:val="none"/>
    </w:rPr>
  </w:style>
  <w:style w:type="paragraph" w:customStyle="1" w:styleId="B7B657F8665A44ABAD0496255C0A3D15">
    <w:name w:val="B7B657F8665A44ABAD0496255C0A3D15"/>
    <w:rsid w:val="004520B2"/>
    <w:pPr>
      <w:spacing w:after="200" w:line="276" w:lineRule="auto"/>
    </w:pPr>
    <w:rPr>
      <w:rFonts w:ascii="Cambria" w:eastAsia="SimSun" w:hAnsi="Cambria" w:cs="Cambria"/>
      <w:kern w:val="0"/>
      <w:sz w:val="22"/>
      <w:szCs w:val="22"/>
      <w:lang w:val="en-US"/>
      <w14:ligatures w14:val="none"/>
    </w:rPr>
  </w:style>
  <w:style w:type="paragraph" w:customStyle="1" w:styleId="6E79601A8E2243A39A5B5234FEC647D3">
    <w:name w:val="6E79601A8E2243A39A5B5234FEC647D3"/>
    <w:rsid w:val="004520B2"/>
    <w:pPr>
      <w:spacing w:after="200" w:line="276" w:lineRule="auto"/>
    </w:pPr>
    <w:rPr>
      <w:rFonts w:ascii="Cambria" w:eastAsia="SimSun" w:hAnsi="Cambria" w:cs="Cambria"/>
      <w:kern w:val="0"/>
      <w:sz w:val="22"/>
      <w:szCs w:val="22"/>
      <w:lang w:val="en-US"/>
      <w14:ligatures w14:val="none"/>
    </w:rPr>
  </w:style>
  <w:style w:type="paragraph" w:customStyle="1" w:styleId="A504E5EDC26C46E18A8A8B9F6A919476">
    <w:name w:val="A504E5EDC26C46E18A8A8B9F6A919476"/>
    <w:rsid w:val="004520B2"/>
    <w:pPr>
      <w:spacing w:after="200" w:line="276" w:lineRule="auto"/>
    </w:pPr>
    <w:rPr>
      <w:rFonts w:ascii="Cambria" w:eastAsia="SimSun" w:hAnsi="Cambria" w:cs="Cambria"/>
      <w:kern w:val="0"/>
      <w:sz w:val="22"/>
      <w:szCs w:val="22"/>
      <w:lang w:val="en-US"/>
      <w14:ligatures w14:val="none"/>
    </w:rPr>
  </w:style>
  <w:style w:type="paragraph" w:customStyle="1" w:styleId="3E8A9366E1714E6292C4D86755DDEA5B">
    <w:name w:val="3E8A9366E1714E6292C4D86755DDEA5B"/>
    <w:rsid w:val="004520B2"/>
    <w:pPr>
      <w:spacing w:after="200" w:line="276" w:lineRule="auto"/>
    </w:pPr>
    <w:rPr>
      <w:rFonts w:ascii="Cambria" w:eastAsia="SimSun" w:hAnsi="Cambria" w:cs="Cambria"/>
      <w:kern w:val="0"/>
      <w:sz w:val="22"/>
      <w:szCs w:val="22"/>
      <w:lang w:val="en-US"/>
      <w14:ligatures w14:val="none"/>
    </w:rPr>
  </w:style>
  <w:style w:type="paragraph" w:customStyle="1" w:styleId="DCC0DCD1F6B7419A830164978F2B821A">
    <w:name w:val="DCC0DCD1F6B7419A830164978F2B821A"/>
    <w:rsid w:val="004520B2"/>
    <w:pPr>
      <w:spacing w:after="200" w:line="276" w:lineRule="auto"/>
    </w:pPr>
    <w:rPr>
      <w:rFonts w:ascii="Cambria" w:eastAsia="SimSun" w:hAnsi="Cambria" w:cs="Cambria"/>
      <w:kern w:val="0"/>
      <w:sz w:val="22"/>
      <w:szCs w:val="22"/>
      <w:lang w:val="en-US"/>
      <w14:ligatures w14:val="none"/>
    </w:rPr>
  </w:style>
  <w:style w:type="paragraph" w:customStyle="1" w:styleId="DBCEBACB0DD74161A4D13F6629E1037E">
    <w:name w:val="DBCEBACB0DD74161A4D13F6629E1037E"/>
    <w:rsid w:val="004520B2"/>
    <w:pPr>
      <w:spacing w:after="200" w:line="276" w:lineRule="auto"/>
    </w:pPr>
    <w:rPr>
      <w:rFonts w:ascii="Cambria" w:eastAsia="SimSun" w:hAnsi="Cambria" w:cs="Cambria"/>
      <w:kern w:val="0"/>
      <w:sz w:val="22"/>
      <w:szCs w:val="22"/>
      <w:lang w:val="en-US"/>
      <w14:ligatures w14:val="none"/>
    </w:rPr>
  </w:style>
  <w:style w:type="paragraph" w:customStyle="1" w:styleId="0AA0C728BDF74AF4AB5EE0BD6549FD7D">
    <w:name w:val="0AA0C728BDF74AF4AB5EE0BD6549FD7D"/>
    <w:rsid w:val="004520B2"/>
    <w:pPr>
      <w:spacing w:after="200" w:line="276" w:lineRule="auto"/>
    </w:pPr>
    <w:rPr>
      <w:rFonts w:ascii="Cambria" w:eastAsia="SimSun" w:hAnsi="Cambria" w:cs="Cambria"/>
      <w:kern w:val="0"/>
      <w:sz w:val="22"/>
      <w:szCs w:val="22"/>
      <w:lang w:val="en-US"/>
      <w14:ligatures w14:val="none"/>
    </w:rPr>
  </w:style>
  <w:style w:type="paragraph" w:customStyle="1" w:styleId="3F8E92ED6A734A559AB492296F4BD447">
    <w:name w:val="3F8E92ED6A734A559AB492296F4BD447"/>
    <w:rsid w:val="004520B2"/>
    <w:pPr>
      <w:spacing w:after="200" w:line="276" w:lineRule="auto"/>
    </w:pPr>
    <w:rPr>
      <w:rFonts w:ascii="Cambria" w:eastAsia="SimSun" w:hAnsi="Cambria" w:cs="Cambria"/>
      <w:kern w:val="0"/>
      <w:sz w:val="22"/>
      <w:szCs w:val="22"/>
      <w:lang w:val="en-US"/>
      <w14:ligatures w14:val="none"/>
    </w:rPr>
  </w:style>
  <w:style w:type="paragraph" w:customStyle="1" w:styleId="89BFE7A288BA4F1797E707386509CBFA">
    <w:name w:val="89BFE7A288BA4F1797E707386509CBFA"/>
    <w:rsid w:val="004520B2"/>
    <w:pPr>
      <w:spacing w:after="200" w:line="276" w:lineRule="auto"/>
    </w:pPr>
    <w:rPr>
      <w:rFonts w:ascii="Cambria" w:eastAsia="SimSun" w:hAnsi="Cambria" w:cs="Cambria"/>
      <w:kern w:val="0"/>
      <w:sz w:val="22"/>
      <w:szCs w:val="22"/>
      <w:lang w:val="en-US"/>
      <w14:ligatures w14:val="none"/>
    </w:rPr>
  </w:style>
  <w:style w:type="paragraph" w:customStyle="1" w:styleId="A035ED190B2F41F984CBF386A6DF44CE">
    <w:name w:val="A035ED190B2F41F984CBF386A6DF44CE"/>
    <w:rsid w:val="004520B2"/>
    <w:pPr>
      <w:spacing w:after="200" w:line="276" w:lineRule="auto"/>
    </w:pPr>
    <w:rPr>
      <w:rFonts w:ascii="Cambria" w:eastAsia="SimSun" w:hAnsi="Cambria" w:cs="Cambria"/>
      <w:kern w:val="0"/>
      <w:sz w:val="22"/>
      <w:szCs w:val="22"/>
      <w:lang w:val="en-US"/>
      <w14:ligatures w14:val="none"/>
    </w:rPr>
  </w:style>
  <w:style w:type="paragraph" w:customStyle="1" w:styleId="294E3B911A58454A923E42E047C65FAF">
    <w:name w:val="294E3B911A58454A923E42E047C65FAF"/>
    <w:rsid w:val="004520B2"/>
    <w:pPr>
      <w:spacing w:after="200" w:line="276" w:lineRule="auto"/>
    </w:pPr>
    <w:rPr>
      <w:rFonts w:ascii="Cambria" w:eastAsia="SimSun" w:hAnsi="Cambria" w:cs="Cambria"/>
      <w:kern w:val="0"/>
      <w:sz w:val="22"/>
      <w:szCs w:val="22"/>
      <w:lang w:val="en-US"/>
      <w14:ligatures w14:val="none"/>
    </w:rPr>
  </w:style>
  <w:style w:type="paragraph" w:customStyle="1" w:styleId="468B4596D48C4DBF9832DBD7AC4C0624">
    <w:name w:val="468B4596D48C4DBF9832DBD7AC4C0624"/>
    <w:rsid w:val="004520B2"/>
    <w:pPr>
      <w:spacing w:after="200" w:line="276" w:lineRule="auto"/>
    </w:pPr>
    <w:rPr>
      <w:rFonts w:ascii="Cambria" w:eastAsia="SimSun" w:hAnsi="Cambria" w:cs="Cambria"/>
      <w:kern w:val="0"/>
      <w:sz w:val="22"/>
      <w:szCs w:val="22"/>
      <w:lang w:val="en-US"/>
      <w14:ligatures w14:val="none"/>
    </w:rPr>
  </w:style>
  <w:style w:type="paragraph" w:customStyle="1" w:styleId="5EF9E2567EEF414AB3278954A699A915">
    <w:name w:val="5EF9E2567EEF414AB3278954A699A915"/>
    <w:rsid w:val="004520B2"/>
    <w:pPr>
      <w:spacing w:after="200" w:line="276" w:lineRule="auto"/>
    </w:pPr>
    <w:rPr>
      <w:rFonts w:ascii="Cambria" w:eastAsia="SimSun" w:hAnsi="Cambria" w:cs="Cambria"/>
      <w:kern w:val="0"/>
      <w:sz w:val="22"/>
      <w:szCs w:val="22"/>
      <w:lang w:val="en-US"/>
      <w14:ligatures w14:val="none"/>
    </w:rPr>
  </w:style>
  <w:style w:type="paragraph" w:customStyle="1" w:styleId="0CD3BF0C45ED4FA6AD0DEB88E56B6F77">
    <w:name w:val="0CD3BF0C45ED4FA6AD0DEB88E56B6F77"/>
    <w:rsid w:val="004520B2"/>
    <w:pPr>
      <w:spacing w:after="200" w:line="276" w:lineRule="auto"/>
    </w:pPr>
    <w:rPr>
      <w:rFonts w:ascii="Cambria" w:eastAsia="SimSun" w:hAnsi="Cambria" w:cs="Cambria"/>
      <w:kern w:val="0"/>
      <w:sz w:val="22"/>
      <w:szCs w:val="22"/>
      <w:lang w:val="en-US"/>
      <w14:ligatures w14:val="none"/>
    </w:rPr>
  </w:style>
  <w:style w:type="paragraph" w:customStyle="1" w:styleId="21D39D01F8D44DFAB9376F4FF2534C58">
    <w:name w:val="21D39D01F8D44DFAB9376F4FF2534C58"/>
    <w:rsid w:val="004520B2"/>
    <w:pPr>
      <w:spacing w:after="200" w:line="276" w:lineRule="auto"/>
    </w:pPr>
    <w:rPr>
      <w:rFonts w:ascii="Cambria" w:eastAsia="SimSun" w:hAnsi="Cambria" w:cs="Cambria"/>
      <w:kern w:val="0"/>
      <w:sz w:val="22"/>
      <w:szCs w:val="22"/>
      <w:lang w:val="en-US"/>
      <w14:ligatures w14:val="none"/>
    </w:rPr>
  </w:style>
  <w:style w:type="paragraph" w:customStyle="1" w:styleId="2EE5DDED380044908554FE5A029F5286">
    <w:name w:val="2EE5DDED380044908554FE5A029F5286"/>
    <w:rsid w:val="004520B2"/>
    <w:pPr>
      <w:spacing w:after="200" w:line="276" w:lineRule="auto"/>
    </w:pPr>
    <w:rPr>
      <w:rFonts w:ascii="Cambria" w:eastAsia="SimSun" w:hAnsi="Cambria" w:cs="Cambria"/>
      <w:kern w:val="0"/>
      <w:sz w:val="22"/>
      <w:szCs w:val="22"/>
      <w:lang w:val="en-US"/>
      <w14:ligatures w14:val="none"/>
    </w:rPr>
  </w:style>
  <w:style w:type="paragraph" w:customStyle="1" w:styleId="C4C69A6D54584AC39ACBCAE08E1331FE">
    <w:name w:val="C4C69A6D54584AC39ACBCAE08E1331FE"/>
    <w:rsid w:val="004520B2"/>
    <w:pPr>
      <w:spacing w:after="200" w:line="276" w:lineRule="auto"/>
    </w:pPr>
    <w:rPr>
      <w:rFonts w:ascii="Cambria" w:eastAsia="SimSun" w:hAnsi="Cambria" w:cs="Cambria"/>
      <w:kern w:val="0"/>
      <w:sz w:val="22"/>
      <w:szCs w:val="22"/>
      <w:lang w:val="en-US"/>
      <w14:ligatures w14:val="none"/>
    </w:rPr>
  </w:style>
  <w:style w:type="paragraph" w:customStyle="1" w:styleId="AF980E5B92FB4E7E8C587B706C147F56">
    <w:name w:val="AF980E5B92FB4E7E8C587B706C147F56"/>
    <w:rsid w:val="004520B2"/>
    <w:pPr>
      <w:spacing w:after="200" w:line="276" w:lineRule="auto"/>
    </w:pPr>
    <w:rPr>
      <w:rFonts w:ascii="Cambria" w:eastAsia="SimSun" w:hAnsi="Cambria" w:cs="Cambria"/>
      <w:kern w:val="0"/>
      <w:sz w:val="22"/>
      <w:szCs w:val="22"/>
      <w:lang w:val="en-US"/>
      <w14:ligatures w14:val="none"/>
    </w:rPr>
  </w:style>
  <w:style w:type="paragraph" w:customStyle="1" w:styleId="377098A736E24FD790F65257E01E99B6">
    <w:name w:val="377098A736E24FD790F65257E01E99B6"/>
    <w:rsid w:val="004520B2"/>
    <w:pPr>
      <w:spacing w:after="200" w:line="276" w:lineRule="auto"/>
    </w:pPr>
    <w:rPr>
      <w:rFonts w:ascii="Cambria" w:eastAsia="SimSun" w:hAnsi="Cambria" w:cs="Cambria"/>
      <w:kern w:val="0"/>
      <w:sz w:val="22"/>
      <w:szCs w:val="22"/>
      <w:lang w:val="en-US"/>
      <w14:ligatures w14:val="none"/>
    </w:rPr>
  </w:style>
  <w:style w:type="paragraph" w:customStyle="1" w:styleId="494D50D07B4B4375BC8ADB49F0AAA033">
    <w:name w:val="494D50D07B4B4375BC8ADB49F0AAA033"/>
    <w:rsid w:val="004520B2"/>
    <w:pPr>
      <w:spacing w:after="200" w:line="276" w:lineRule="auto"/>
    </w:pPr>
    <w:rPr>
      <w:rFonts w:ascii="Cambria" w:eastAsia="SimSun" w:hAnsi="Cambria" w:cs="Cambria"/>
      <w:kern w:val="0"/>
      <w:sz w:val="22"/>
      <w:szCs w:val="22"/>
      <w:lang w:val="en-US"/>
      <w14:ligatures w14:val="none"/>
    </w:rPr>
  </w:style>
  <w:style w:type="paragraph" w:customStyle="1" w:styleId="D504C69CA5554609B9EB85A3BE106D45">
    <w:name w:val="D504C69CA5554609B9EB85A3BE106D45"/>
    <w:rsid w:val="004520B2"/>
    <w:pPr>
      <w:spacing w:after="200" w:line="276" w:lineRule="auto"/>
    </w:pPr>
    <w:rPr>
      <w:rFonts w:ascii="Cambria" w:eastAsia="SimSun" w:hAnsi="Cambria" w:cs="Cambria"/>
      <w:kern w:val="0"/>
      <w:sz w:val="22"/>
      <w:szCs w:val="22"/>
      <w:lang w:val="en-US"/>
      <w14:ligatures w14:val="none"/>
    </w:rPr>
  </w:style>
  <w:style w:type="paragraph" w:customStyle="1" w:styleId="A7030E56160E467286FD7E221C51A844">
    <w:name w:val="A7030E56160E467286FD7E221C51A844"/>
    <w:rsid w:val="004520B2"/>
    <w:pPr>
      <w:spacing w:after="200" w:line="276" w:lineRule="auto"/>
    </w:pPr>
    <w:rPr>
      <w:rFonts w:ascii="Cambria" w:eastAsia="SimSun" w:hAnsi="Cambria" w:cs="Cambria"/>
      <w:kern w:val="0"/>
      <w:sz w:val="22"/>
      <w:szCs w:val="22"/>
      <w:lang w:val="en-US"/>
      <w14:ligatures w14:val="none"/>
    </w:rPr>
  </w:style>
  <w:style w:type="paragraph" w:customStyle="1" w:styleId="8C83771D67FF41BC8AA79B3BBC3D574C">
    <w:name w:val="8C83771D67FF41BC8AA79B3BBC3D574C"/>
    <w:rsid w:val="004520B2"/>
    <w:pPr>
      <w:spacing w:after="200" w:line="276" w:lineRule="auto"/>
    </w:pPr>
    <w:rPr>
      <w:rFonts w:ascii="Cambria" w:eastAsia="SimSun" w:hAnsi="Cambria" w:cs="Cambria"/>
      <w:kern w:val="0"/>
      <w:sz w:val="22"/>
      <w:szCs w:val="22"/>
      <w:lang w:val="en-US"/>
      <w14:ligatures w14:val="none"/>
    </w:rPr>
  </w:style>
  <w:style w:type="paragraph" w:customStyle="1" w:styleId="B55FDFA9A9A74DAAAABD221535FC1F46">
    <w:name w:val="B55FDFA9A9A74DAAAABD221535FC1F46"/>
    <w:rsid w:val="004520B2"/>
    <w:pPr>
      <w:spacing w:after="200" w:line="276" w:lineRule="auto"/>
    </w:pPr>
    <w:rPr>
      <w:rFonts w:ascii="Cambria" w:eastAsia="SimSun" w:hAnsi="Cambria" w:cs="Cambria"/>
      <w:kern w:val="0"/>
      <w:sz w:val="22"/>
      <w:szCs w:val="22"/>
      <w:lang w:val="en-US"/>
      <w14:ligatures w14:val="none"/>
    </w:rPr>
  </w:style>
  <w:style w:type="paragraph" w:customStyle="1" w:styleId="0632B9FDA8754283BA2E43CB960FEE9F">
    <w:name w:val="0632B9FDA8754283BA2E43CB960FEE9F"/>
    <w:rsid w:val="004520B2"/>
    <w:pPr>
      <w:spacing w:after="200" w:line="276" w:lineRule="auto"/>
    </w:pPr>
    <w:rPr>
      <w:rFonts w:ascii="Cambria" w:eastAsia="SimSun" w:hAnsi="Cambria" w:cs="Cambria"/>
      <w:kern w:val="0"/>
      <w:sz w:val="22"/>
      <w:szCs w:val="22"/>
      <w:lang w:val="en-US"/>
      <w14:ligatures w14:val="none"/>
    </w:rPr>
  </w:style>
  <w:style w:type="paragraph" w:customStyle="1" w:styleId="F290F3ADC12B42CBA35BCD2E9674E3F3">
    <w:name w:val="F290F3ADC12B42CBA35BCD2E9674E3F3"/>
    <w:rsid w:val="004520B2"/>
    <w:pPr>
      <w:spacing w:after="200" w:line="276" w:lineRule="auto"/>
    </w:pPr>
    <w:rPr>
      <w:rFonts w:ascii="Cambria" w:eastAsia="SimSun" w:hAnsi="Cambria" w:cs="Cambria"/>
      <w:kern w:val="0"/>
      <w:sz w:val="22"/>
      <w:szCs w:val="22"/>
      <w:lang w:val="en-US"/>
      <w14:ligatures w14:val="none"/>
    </w:rPr>
  </w:style>
  <w:style w:type="paragraph" w:customStyle="1" w:styleId="103F026CCD2F4223AB97ABA95D5E501F">
    <w:name w:val="103F026CCD2F4223AB97ABA95D5E501F"/>
    <w:rsid w:val="004520B2"/>
    <w:pPr>
      <w:spacing w:after="200" w:line="276" w:lineRule="auto"/>
    </w:pPr>
    <w:rPr>
      <w:rFonts w:ascii="Cambria" w:eastAsia="SimSun" w:hAnsi="Cambria" w:cs="Cambria"/>
      <w:kern w:val="0"/>
      <w:sz w:val="22"/>
      <w:szCs w:val="22"/>
      <w:lang w:val="en-US"/>
      <w14:ligatures w14:val="none"/>
    </w:rPr>
  </w:style>
  <w:style w:type="paragraph" w:customStyle="1" w:styleId="27E3A7B3BB28498DA2DBA95334C0FC1C">
    <w:name w:val="27E3A7B3BB28498DA2DBA95334C0FC1C"/>
    <w:rsid w:val="004520B2"/>
    <w:pPr>
      <w:spacing w:after="200" w:line="276" w:lineRule="auto"/>
    </w:pPr>
    <w:rPr>
      <w:rFonts w:ascii="Cambria" w:eastAsia="SimSun" w:hAnsi="Cambria" w:cs="Cambria"/>
      <w:kern w:val="0"/>
      <w:sz w:val="22"/>
      <w:szCs w:val="22"/>
      <w:lang w:val="en-US"/>
      <w14:ligatures w14:val="none"/>
    </w:rPr>
  </w:style>
  <w:style w:type="paragraph" w:customStyle="1" w:styleId="F45F22D5B9ED49FA8C908B38D64292A5">
    <w:name w:val="F45F22D5B9ED49FA8C908B38D64292A5"/>
    <w:rsid w:val="004520B2"/>
    <w:pPr>
      <w:spacing w:after="200" w:line="276" w:lineRule="auto"/>
    </w:pPr>
    <w:rPr>
      <w:rFonts w:ascii="Cambria" w:eastAsia="SimSun" w:hAnsi="Cambria" w:cs="Cambria"/>
      <w:kern w:val="0"/>
      <w:sz w:val="22"/>
      <w:szCs w:val="22"/>
      <w:lang w:val="en-US"/>
      <w14:ligatures w14:val="none"/>
    </w:rPr>
  </w:style>
  <w:style w:type="paragraph" w:customStyle="1" w:styleId="D77A3BD05D8F43A9B11CA333AEE5AD12">
    <w:name w:val="D77A3BD05D8F43A9B11CA333AEE5AD12"/>
    <w:rsid w:val="004520B2"/>
    <w:pPr>
      <w:spacing w:after="200" w:line="276" w:lineRule="auto"/>
    </w:pPr>
    <w:rPr>
      <w:rFonts w:ascii="Cambria" w:eastAsia="SimSun" w:hAnsi="Cambria" w:cs="Cambria"/>
      <w:kern w:val="0"/>
      <w:sz w:val="22"/>
      <w:szCs w:val="22"/>
      <w:lang w:val="en-US"/>
      <w14:ligatures w14:val="none"/>
    </w:rPr>
  </w:style>
  <w:style w:type="paragraph" w:customStyle="1" w:styleId="065D85E9504842BE84D4A67796F5C58C">
    <w:name w:val="065D85E9504842BE84D4A67796F5C58C"/>
    <w:rsid w:val="004520B2"/>
    <w:pPr>
      <w:spacing w:after="200" w:line="276" w:lineRule="auto"/>
    </w:pPr>
    <w:rPr>
      <w:rFonts w:ascii="Cambria" w:eastAsia="SimSun" w:hAnsi="Cambria" w:cs="Cambria"/>
      <w:kern w:val="0"/>
      <w:sz w:val="22"/>
      <w:szCs w:val="22"/>
      <w:lang w:val="en-US"/>
      <w14:ligatures w14:val="none"/>
    </w:rPr>
  </w:style>
  <w:style w:type="paragraph" w:customStyle="1" w:styleId="C570F830954F4461ADE541B700AB0BAC">
    <w:name w:val="C570F830954F4461ADE541B700AB0BAC"/>
    <w:rsid w:val="004520B2"/>
    <w:pPr>
      <w:spacing w:after="200" w:line="276" w:lineRule="auto"/>
    </w:pPr>
    <w:rPr>
      <w:rFonts w:ascii="Cambria" w:eastAsia="SimSun" w:hAnsi="Cambria" w:cs="Cambria"/>
      <w:kern w:val="0"/>
      <w:sz w:val="22"/>
      <w:szCs w:val="22"/>
      <w:lang w:val="en-US"/>
      <w14:ligatures w14:val="none"/>
    </w:rPr>
  </w:style>
  <w:style w:type="paragraph" w:customStyle="1" w:styleId="B22D42A136F6413593D342F2082DADC9">
    <w:name w:val="B22D42A136F6413593D342F2082DADC9"/>
    <w:rsid w:val="004520B2"/>
    <w:pPr>
      <w:spacing w:after="200" w:line="276" w:lineRule="auto"/>
    </w:pPr>
    <w:rPr>
      <w:rFonts w:ascii="Cambria" w:eastAsia="SimSun" w:hAnsi="Cambria" w:cs="Cambria"/>
      <w:kern w:val="0"/>
      <w:sz w:val="22"/>
      <w:szCs w:val="22"/>
      <w:lang w:val="en-US"/>
      <w14:ligatures w14:val="none"/>
    </w:rPr>
  </w:style>
  <w:style w:type="paragraph" w:customStyle="1" w:styleId="C668713EBEF348BF87F124EE45C01650">
    <w:name w:val="C668713EBEF348BF87F124EE45C01650"/>
    <w:rsid w:val="004520B2"/>
    <w:pPr>
      <w:spacing w:after="200" w:line="276" w:lineRule="auto"/>
    </w:pPr>
    <w:rPr>
      <w:rFonts w:ascii="Cambria" w:eastAsia="SimSun" w:hAnsi="Cambria" w:cs="Cambria"/>
      <w:kern w:val="0"/>
      <w:sz w:val="22"/>
      <w:szCs w:val="22"/>
      <w:lang w:val="en-US"/>
      <w14:ligatures w14:val="none"/>
    </w:rPr>
  </w:style>
  <w:style w:type="paragraph" w:customStyle="1" w:styleId="A5B9DB4534A7460F8E9B8C0F4F87CF56">
    <w:name w:val="A5B9DB4534A7460F8E9B8C0F4F87CF56"/>
    <w:rsid w:val="004520B2"/>
    <w:pPr>
      <w:spacing w:after="200" w:line="276" w:lineRule="auto"/>
    </w:pPr>
    <w:rPr>
      <w:rFonts w:ascii="Cambria" w:eastAsia="SimSun" w:hAnsi="Cambria" w:cs="Cambria"/>
      <w:kern w:val="0"/>
      <w:sz w:val="22"/>
      <w:szCs w:val="22"/>
      <w:lang w:val="en-US"/>
      <w14:ligatures w14:val="none"/>
    </w:rPr>
  </w:style>
  <w:style w:type="paragraph" w:customStyle="1" w:styleId="207A31FCCD3D437CB8C6829A9076E217">
    <w:name w:val="207A31FCCD3D437CB8C6829A9076E217"/>
    <w:rsid w:val="004520B2"/>
    <w:pPr>
      <w:spacing w:after="200" w:line="276" w:lineRule="auto"/>
    </w:pPr>
    <w:rPr>
      <w:rFonts w:ascii="Cambria" w:eastAsia="SimSun" w:hAnsi="Cambria" w:cs="Cambria"/>
      <w:kern w:val="0"/>
      <w:sz w:val="22"/>
      <w:szCs w:val="22"/>
      <w:lang w:val="en-US"/>
      <w14:ligatures w14:val="none"/>
    </w:rPr>
  </w:style>
  <w:style w:type="paragraph" w:customStyle="1" w:styleId="16D3C74FB68B4042BED05BD029F24534">
    <w:name w:val="16D3C74FB68B4042BED05BD029F24534"/>
    <w:rsid w:val="004520B2"/>
    <w:pPr>
      <w:spacing w:after="200" w:line="276" w:lineRule="auto"/>
    </w:pPr>
    <w:rPr>
      <w:rFonts w:ascii="Cambria" w:eastAsia="SimSun" w:hAnsi="Cambria" w:cs="Cambria"/>
      <w:kern w:val="0"/>
      <w:sz w:val="22"/>
      <w:szCs w:val="22"/>
      <w:lang w:val="en-US"/>
      <w14:ligatures w14:val="none"/>
    </w:rPr>
  </w:style>
  <w:style w:type="paragraph" w:customStyle="1" w:styleId="0FCC092BE7D04888A20AD9902B967845">
    <w:name w:val="0FCC092BE7D04888A20AD9902B967845"/>
    <w:rsid w:val="004520B2"/>
    <w:pPr>
      <w:spacing w:after="200" w:line="276" w:lineRule="auto"/>
    </w:pPr>
    <w:rPr>
      <w:rFonts w:ascii="Cambria" w:eastAsia="SimSun" w:hAnsi="Cambria" w:cs="Cambria"/>
      <w:kern w:val="0"/>
      <w:sz w:val="22"/>
      <w:szCs w:val="22"/>
      <w:lang w:val="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2o5b0B6LXoguoHP1UNcu+uckFg==">CgMxLjA4AHIhMXRlUFNGWDJ2bjFCbC14MUowbFF3dWlWSkNkdXhTVFlk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7df34884-65c9-47d5-b37f-f13a45a7f759" xsi:nil="true"/>
    <lcf76f155ced4ddcb4097134ff3c332f xmlns="d43a841e-bf17-4515-8291-5b1e59c4072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A9209DA6AA2F429F3DB8DC0C019641" ma:contentTypeVersion="14" ma:contentTypeDescription="Create a new document." ma:contentTypeScope="" ma:versionID="edf0657ca59d6b8607124ba41e112337">
  <xsd:schema xmlns:xsd="http://www.w3.org/2001/XMLSchema" xmlns:xs="http://www.w3.org/2001/XMLSchema" xmlns:p="http://schemas.microsoft.com/office/2006/metadata/properties" xmlns:ns2="d43a841e-bf17-4515-8291-5b1e59c40720" xmlns:ns3="7df34884-65c9-47d5-b37f-f13a45a7f759" targetNamespace="http://schemas.microsoft.com/office/2006/metadata/properties" ma:root="true" ma:fieldsID="8c3b17d98a0af6641228c771d33388a1" ns2:_="" ns3:_="">
    <xsd:import namespace="d43a841e-bf17-4515-8291-5b1e59c40720"/>
    <xsd:import namespace="7df34884-65c9-47d5-b37f-f13a45a7f7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3a841e-bf17-4515-8291-5b1e59c40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5c693a-f8d4-4d07-af79-9d10e52f5fc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34884-65c9-47d5-b37f-f13a45a7f7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8861c4-c0b0-4cb4-abc9-c524965f1e46}" ma:internalName="TaxCatchAll" ma:showField="CatchAllData" ma:web="7df34884-65c9-47d5-b37f-f13a45a7f7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F4882C-92B8-45E0-ACA8-FB3671676141}">
  <ds:schemaRefs>
    <ds:schemaRef ds:uri="http://schemas.microsoft.com/office/2006/metadata/properties"/>
    <ds:schemaRef ds:uri="http://schemas.microsoft.com/office/infopath/2007/PartnerControls"/>
    <ds:schemaRef ds:uri="7df34884-65c9-47d5-b37f-f13a45a7f759"/>
    <ds:schemaRef ds:uri="d43a841e-bf17-4515-8291-5b1e59c40720"/>
  </ds:schemaRefs>
</ds:datastoreItem>
</file>

<file path=customXml/itemProps3.xml><?xml version="1.0" encoding="utf-8"?>
<ds:datastoreItem xmlns:ds="http://schemas.openxmlformats.org/officeDocument/2006/customXml" ds:itemID="{FBD0B33D-DAFE-4371-AA85-BDB72BA3E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3a841e-bf17-4515-8291-5b1e59c40720"/>
    <ds:schemaRef ds:uri="7df34884-65c9-47d5-b37f-f13a45a7f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2C5FC4-EBC3-41C1-935B-2B1FCB3BA4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1434</Words>
  <Characters>8176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9591</CharactersWithSpaces>
  <SharedDoc>false</SharedDoc>
  <HLinks>
    <vt:vector size="6" baseType="variant">
      <vt:variant>
        <vt:i4>131165</vt:i4>
      </vt:variant>
      <vt:variant>
        <vt:i4>0</vt:i4>
      </vt:variant>
      <vt:variant>
        <vt:i4>0</vt:i4>
      </vt:variant>
      <vt:variant>
        <vt:i4>5</vt:i4>
      </vt:variant>
      <vt:variant>
        <vt:lpwstr>https://aba.aseanbac.com.my/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cp:lastModifiedBy>Iris | ACE</cp:lastModifiedBy>
  <cp:revision>19</cp:revision>
  <cp:lastPrinted>2025-05-05T11:04:00Z</cp:lastPrinted>
  <dcterms:created xsi:type="dcterms:W3CDTF">2025-05-06T01:39:00Z</dcterms:created>
  <dcterms:modified xsi:type="dcterms:W3CDTF">2025-08-26T11:30:00Z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0x01010037A9209DA6AA2F429F3DB8DC0C019641</vt:lpwstr>
  </property>
  <property fmtid="{D5CDD505-2E9C-101B-9397-08002B2CF9AE}" pid="3" name="MediaServiceImageTags">
    <vt:lpwstr/>
  </property>
</Properties>
</file>